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44B7D" w14:textId="192F3EDA" w:rsidR="009C545C" w:rsidRPr="00E2238F" w:rsidRDefault="009C545C" w:rsidP="009C545C">
      <w:pPr>
        <w:spacing w:before="120" w:after="0"/>
        <w:jc w:val="center"/>
        <w:rPr>
          <w:b/>
          <w:bCs/>
          <w:sz w:val="22"/>
        </w:rPr>
      </w:pPr>
      <w:r w:rsidRPr="00E2238F">
        <w:rPr>
          <w:b/>
          <w:bCs/>
          <w:sz w:val="22"/>
        </w:rPr>
        <w:t>E</w:t>
      </w:r>
      <w:r w:rsidR="00EE16FE" w:rsidRPr="00E2238F">
        <w:rPr>
          <w:b/>
          <w:bCs/>
          <w:sz w:val="22"/>
        </w:rPr>
        <w:t>uro</w:t>
      </w:r>
      <w:r w:rsidRPr="00E2238F">
        <w:rPr>
          <w:b/>
          <w:bCs/>
          <w:sz w:val="22"/>
        </w:rPr>
        <w:t xml:space="preserve"> N</w:t>
      </w:r>
      <w:r w:rsidR="00EE16FE" w:rsidRPr="00E2238F">
        <w:rPr>
          <w:b/>
          <w:bCs/>
          <w:sz w:val="22"/>
        </w:rPr>
        <w:t>exus</w:t>
      </w:r>
      <w:r w:rsidRPr="00E2238F">
        <w:rPr>
          <w:b/>
          <w:bCs/>
          <w:sz w:val="22"/>
        </w:rPr>
        <w:t xml:space="preserve"> </w:t>
      </w:r>
      <w:proofErr w:type="spellStart"/>
      <w:r w:rsidRPr="00E2238F">
        <w:rPr>
          <w:b/>
          <w:bCs/>
          <w:sz w:val="22"/>
        </w:rPr>
        <w:t>s.r.o.</w:t>
      </w:r>
      <w:proofErr w:type="spellEnd"/>
    </w:p>
    <w:p w14:paraId="1060FCF0" w14:textId="77777777" w:rsidR="009C545C" w:rsidRPr="00E2238F" w:rsidRDefault="009C545C" w:rsidP="009C545C">
      <w:pPr>
        <w:spacing w:before="120" w:after="0"/>
        <w:jc w:val="center"/>
        <w:rPr>
          <w:b/>
          <w:bCs/>
          <w:sz w:val="19"/>
          <w:szCs w:val="19"/>
        </w:rPr>
      </w:pPr>
      <w:r w:rsidRPr="00E2238F">
        <w:rPr>
          <w:b/>
          <w:bCs/>
          <w:sz w:val="19"/>
          <w:szCs w:val="19"/>
        </w:rPr>
        <w:t>VŠEOBECNÉ OBCHODNÍ A PŘEPRAVNÍ PODMÍNKY</w:t>
      </w:r>
    </w:p>
    <w:p w14:paraId="73D446B2" w14:textId="77777777" w:rsidR="009C545C" w:rsidRPr="00E2238F" w:rsidRDefault="009C545C" w:rsidP="00EE16FE">
      <w:pPr>
        <w:spacing w:before="120" w:after="0"/>
        <w:jc w:val="center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 xml:space="preserve">Pro </w:t>
      </w:r>
      <w:proofErr w:type="spellStart"/>
      <w:r w:rsidRPr="00E2238F">
        <w:rPr>
          <w:sz w:val="19"/>
          <w:szCs w:val="19"/>
          <w:u w:val="single"/>
        </w:rPr>
        <w:t>vnitrostátní</w:t>
      </w:r>
      <w:proofErr w:type="spellEnd"/>
      <w:r w:rsidRPr="00E2238F">
        <w:rPr>
          <w:sz w:val="19"/>
          <w:szCs w:val="19"/>
          <w:u w:val="single"/>
        </w:rPr>
        <w:t xml:space="preserve"> a </w:t>
      </w:r>
      <w:proofErr w:type="spellStart"/>
      <w:r w:rsidRPr="00E2238F">
        <w:rPr>
          <w:sz w:val="19"/>
          <w:szCs w:val="19"/>
          <w:u w:val="single"/>
        </w:rPr>
        <w:t>mezinárodní</w:t>
      </w:r>
      <w:proofErr w:type="spellEnd"/>
      <w:r w:rsidRPr="00E2238F">
        <w:rPr>
          <w:sz w:val="19"/>
          <w:szCs w:val="19"/>
          <w:u w:val="single"/>
        </w:rPr>
        <w:t xml:space="preserve"> </w:t>
      </w:r>
      <w:proofErr w:type="spellStart"/>
      <w:r w:rsidRPr="00E2238F">
        <w:rPr>
          <w:sz w:val="19"/>
          <w:szCs w:val="19"/>
          <w:u w:val="single"/>
        </w:rPr>
        <w:t>silniční</w:t>
      </w:r>
      <w:proofErr w:type="spellEnd"/>
      <w:r w:rsidRPr="00E2238F">
        <w:rPr>
          <w:sz w:val="19"/>
          <w:szCs w:val="19"/>
          <w:u w:val="single"/>
        </w:rPr>
        <w:t xml:space="preserve"> </w:t>
      </w:r>
      <w:proofErr w:type="spellStart"/>
      <w:r w:rsidRPr="00E2238F">
        <w:rPr>
          <w:sz w:val="19"/>
          <w:szCs w:val="19"/>
          <w:u w:val="single"/>
        </w:rPr>
        <w:t>nákladní</w:t>
      </w:r>
      <w:proofErr w:type="spellEnd"/>
      <w:r w:rsidRPr="00E2238F">
        <w:rPr>
          <w:sz w:val="19"/>
          <w:szCs w:val="19"/>
          <w:u w:val="single"/>
        </w:rPr>
        <w:t xml:space="preserve"> </w:t>
      </w:r>
      <w:proofErr w:type="spellStart"/>
      <w:r w:rsidRPr="00E2238F">
        <w:rPr>
          <w:sz w:val="19"/>
          <w:szCs w:val="19"/>
          <w:u w:val="single"/>
        </w:rPr>
        <w:t>dopravu</w:t>
      </w:r>
      <w:proofErr w:type="spellEnd"/>
      <w:r w:rsidRPr="00E2238F">
        <w:rPr>
          <w:sz w:val="19"/>
          <w:szCs w:val="19"/>
          <w:u w:val="single"/>
        </w:rPr>
        <w:t xml:space="preserve">, </w:t>
      </w:r>
      <w:proofErr w:type="spellStart"/>
      <w:r w:rsidRPr="00E2238F">
        <w:rPr>
          <w:sz w:val="19"/>
          <w:szCs w:val="19"/>
          <w:u w:val="single"/>
        </w:rPr>
        <w:t>spedici</w:t>
      </w:r>
      <w:proofErr w:type="spellEnd"/>
      <w:r w:rsidRPr="00E2238F">
        <w:rPr>
          <w:sz w:val="19"/>
          <w:szCs w:val="19"/>
          <w:u w:val="single"/>
        </w:rPr>
        <w:t xml:space="preserve">, </w:t>
      </w:r>
      <w:proofErr w:type="spellStart"/>
      <w:r w:rsidRPr="00E2238F">
        <w:rPr>
          <w:sz w:val="19"/>
          <w:szCs w:val="19"/>
          <w:u w:val="single"/>
        </w:rPr>
        <w:t>automobilový</w:t>
      </w:r>
      <w:proofErr w:type="spellEnd"/>
      <w:r w:rsidRPr="00E2238F">
        <w:rPr>
          <w:sz w:val="19"/>
          <w:szCs w:val="19"/>
          <w:u w:val="single"/>
        </w:rPr>
        <w:t xml:space="preserve"> </w:t>
      </w:r>
      <w:proofErr w:type="spellStart"/>
      <w:r w:rsidRPr="00E2238F">
        <w:rPr>
          <w:sz w:val="19"/>
          <w:szCs w:val="19"/>
          <w:u w:val="single"/>
        </w:rPr>
        <w:t>průmysl</w:t>
      </w:r>
      <w:proofErr w:type="spellEnd"/>
      <w:r w:rsidRPr="00E2238F">
        <w:rPr>
          <w:sz w:val="19"/>
          <w:szCs w:val="19"/>
          <w:u w:val="single"/>
        </w:rPr>
        <w:t xml:space="preserve"> a </w:t>
      </w:r>
      <w:proofErr w:type="spellStart"/>
      <w:r w:rsidRPr="00E2238F">
        <w:rPr>
          <w:sz w:val="19"/>
          <w:szCs w:val="19"/>
          <w:u w:val="single"/>
        </w:rPr>
        <w:t>přepravu</w:t>
      </w:r>
      <w:proofErr w:type="spellEnd"/>
      <w:r w:rsidRPr="00E2238F">
        <w:rPr>
          <w:sz w:val="19"/>
          <w:szCs w:val="19"/>
          <w:u w:val="single"/>
        </w:rPr>
        <w:t xml:space="preserve"> </w:t>
      </w:r>
      <w:proofErr w:type="spellStart"/>
      <w:r w:rsidRPr="00E2238F">
        <w:rPr>
          <w:sz w:val="19"/>
          <w:szCs w:val="19"/>
          <w:u w:val="single"/>
        </w:rPr>
        <w:t>nebezpečných</w:t>
      </w:r>
      <w:proofErr w:type="spellEnd"/>
      <w:r w:rsidRPr="00E2238F">
        <w:rPr>
          <w:sz w:val="19"/>
          <w:szCs w:val="19"/>
          <w:u w:val="single"/>
        </w:rPr>
        <w:t xml:space="preserve"> </w:t>
      </w:r>
      <w:proofErr w:type="spellStart"/>
      <w:r w:rsidRPr="00E2238F">
        <w:rPr>
          <w:sz w:val="19"/>
          <w:szCs w:val="19"/>
          <w:u w:val="single"/>
        </w:rPr>
        <w:t>věcí</w:t>
      </w:r>
      <w:proofErr w:type="spellEnd"/>
      <w:r w:rsidRPr="00E2238F">
        <w:rPr>
          <w:sz w:val="19"/>
          <w:szCs w:val="19"/>
          <w:u w:val="single"/>
        </w:rPr>
        <w:t xml:space="preserve"> ADR</w:t>
      </w:r>
    </w:p>
    <w:p w14:paraId="29A11FE7" w14:textId="2C6765A8" w:rsidR="009C545C" w:rsidRPr="00E2238F" w:rsidRDefault="009C545C" w:rsidP="00E2238F">
      <w:pPr>
        <w:spacing w:before="120" w:after="0"/>
        <w:jc w:val="center"/>
        <w:rPr>
          <w:sz w:val="19"/>
          <w:szCs w:val="19"/>
        </w:rPr>
      </w:pPr>
      <w:r w:rsidRPr="00E2238F">
        <w:rPr>
          <w:sz w:val="19"/>
          <w:szCs w:val="19"/>
        </w:rPr>
        <w:t xml:space="preserve">Tyto </w:t>
      </w:r>
      <w:proofErr w:type="spellStart"/>
      <w:r w:rsidRPr="00E2238F">
        <w:rPr>
          <w:sz w:val="19"/>
          <w:szCs w:val="19"/>
        </w:rPr>
        <w:t>všeobecné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obchodní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přepravní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podmínky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upravují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smluvní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vztahy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společnosti</w:t>
      </w:r>
      <w:proofErr w:type="spellEnd"/>
      <w:r w:rsidRPr="00E2238F">
        <w:rPr>
          <w:sz w:val="19"/>
          <w:szCs w:val="19"/>
        </w:rPr>
        <w:t xml:space="preserve"> Euro Nexus </w:t>
      </w:r>
      <w:proofErr w:type="spellStart"/>
      <w:r w:rsidRPr="00E2238F">
        <w:rPr>
          <w:sz w:val="19"/>
          <w:szCs w:val="19"/>
        </w:rPr>
        <w:t>s.r.o.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obchodními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partnery</w:t>
      </w:r>
      <w:proofErr w:type="spellEnd"/>
      <w:r w:rsidRPr="00E2238F">
        <w:rPr>
          <w:sz w:val="19"/>
          <w:szCs w:val="19"/>
        </w:rPr>
        <w:t xml:space="preserve"> </w:t>
      </w:r>
      <w:r w:rsidR="00263613" w:rsidRPr="00E2238F">
        <w:rPr>
          <w:sz w:val="19"/>
          <w:szCs w:val="19"/>
        </w:rPr>
        <w:t xml:space="preserve">(B2B) </w:t>
      </w:r>
      <w:r w:rsidRPr="00E2238F">
        <w:rPr>
          <w:sz w:val="19"/>
          <w:szCs w:val="19"/>
        </w:rPr>
        <w:t xml:space="preserve">v </w:t>
      </w:r>
      <w:proofErr w:type="spellStart"/>
      <w:r w:rsidRPr="00E2238F">
        <w:rPr>
          <w:sz w:val="19"/>
          <w:szCs w:val="19"/>
        </w:rPr>
        <w:t>České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republice</w:t>
      </w:r>
      <w:proofErr w:type="spellEnd"/>
      <w:r w:rsidRPr="00E2238F">
        <w:rPr>
          <w:sz w:val="19"/>
          <w:szCs w:val="19"/>
        </w:rPr>
        <w:t xml:space="preserve"> </w:t>
      </w:r>
      <w:r w:rsidR="00BE1920" w:rsidRPr="00E2238F">
        <w:rPr>
          <w:sz w:val="19"/>
          <w:szCs w:val="19"/>
        </w:rPr>
        <w:t>a</w:t>
      </w:r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Evropské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unie</w:t>
      </w:r>
      <w:proofErr w:type="spellEnd"/>
      <w:r w:rsidRPr="00E2238F">
        <w:rPr>
          <w:sz w:val="19"/>
          <w:szCs w:val="19"/>
        </w:rPr>
        <w:t>.</w:t>
      </w:r>
    </w:p>
    <w:p w14:paraId="2551ACE6" w14:textId="78A022F4" w:rsidR="009C545C" w:rsidRPr="00E2238F" w:rsidRDefault="009C545C" w:rsidP="00E2238F">
      <w:pPr>
        <w:spacing w:before="120" w:after="0"/>
        <w:jc w:val="center"/>
        <w:rPr>
          <w:sz w:val="19"/>
          <w:szCs w:val="19"/>
        </w:rPr>
      </w:pPr>
      <w:proofErr w:type="spellStart"/>
      <w:r w:rsidRPr="00E2238F">
        <w:rPr>
          <w:sz w:val="19"/>
          <w:szCs w:val="19"/>
        </w:rPr>
        <w:t>Podmínky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jsou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určeny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především</w:t>
      </w:r>
      <w:proofErr w:type="spellEnd"/>
      <w:r w:rsidRPr="00E2238F">
        <w:rPr>
          <w:sz w:val="19"/>
          <w:szCs w:val="19"/>
        </w:rPr>
        <w:t xml:space="preserve"> pro </w:t>
      </w:r>
      <w:proofErr w:type="spellStart"/>
      <w:r w:rsidRPr="00E2238F">
        <w:rPr>
          <w:sz w:val="19"/>
          <w:szCs w:val="19"/>
        </w:rPr>
        <w:t>spolupráci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transportními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spedičními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společnostmi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výrobními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podniky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automobilovým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průmyslem</w:t>
      </w:r>
      <w:proofErr w:type="spellEnd"/>
      <w:r w:rsidR="00E2238F" w:rsidRPr="00E2238F">
        <w:rPr>
          <w:sz w:val="19"/>
          <w:szCs w:val="19"/>
        </w:rPr>
        <w:t>,</w:t>
      </w:r>
      <w:r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včetně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přeprav</w:t>
      </w:r>
      <w:proofErr w:type="spellEnd"/>
      <w:r w:rsidRPr="00E2238F">
        <w:rPr>
          <w:sz w:val="19"/>
          <w:szCs w:val="19"/>
        </w:rPr>
        <w:t xml:space="preserve"> ADR.</w:t>
      </w:r>
    </w:p>
    <w:p w14:paraId="4962AE13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69BCE36B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I. ÚVODNÍ USTANOVENÍ</w:t>
      </w:r>
    </w:p>
    <w:p w14:paraId="0E6D7BE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1.1. Tyto </w:t>
      </w:r>
      <w:proofErr w:type="spellStart"/>
      <w:r w:rsidRPr="00E2238F">
        <w:rPr>
          <w:sz w:val="19"/>
          <w:szCs w:val="19"/>
        </w:rPr>
        <w:t>všeobecné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obchodní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přepravní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podmínky</w:t>
      </w:r>
      <w:proofErr w:type="spellEnd"/>
      <w:r w:rsidRPr="00E2238F">
        <w:rPr>
          <w:sz w:val="19"/>
          <w:szCs w:val="19"/>
        </w:rPr>
        <w:t xml:space="preserve"> (</w:t>
      </w:r>
      <w:proofErr w:type="spellStart"/>
      <w:r w:rsidRPr="00E2238F">
        <w:rPr>
          <w:sz w:val="19"/>
          <w:szCs w:val="19"/>
        </w:rPr>
        <w:t>dále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jen</w:t>
      </w:r>
      <w:proofErr w:type="spellEnd"/>
      <w:r w:rsidRPr="00E2238F">
        <w:rPr>
          <w:sz w:val="19"/>
          <w:szCs w:val="19"/>
        </w:rPr>
        <w:t xml:space="preserve"> „</w:t>
      </w:r>
      <w:proofErr w:type="gramStart"/>
      <w:r w:rsidRPr="00E2238F">
        <w:rPr>
          <w:sz w:val="19"/>
          <w:szCs w:val="19"/>
        </w:rPr>
        <w:t>VOP“</w:t>
      </w:r>
      <w:proofErr w:type="gramEnd"/>
      <w:r w:rsidRPr="00E2238F">
        <w:rPr>
          <w:sz w:val="19"/>
          <w:szCs w:val="19"/>
        </w:rPr>
        <w:t xml:space="preserve">) </w:t>
      </w:r>
      <w:proofErr w:type="spellStart"/>
      <w:r w:rsidRPr="00E2238F">
        <w:rPr>
          <w:sz w:val="19"/>
          <w:szCs w:val="19"/>
        </w:rPr>
        <w:t>upravují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smluvní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vztahy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mezi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společností</w:t>
      </w:r>
      <w:proofErr w:type="spellEnd"/>
      <w:r w:rsidRPr="00E2238F">
        <w:rPr>
          <w:sz w:val="19"/>
          <w:szCs w:val="19"/>
        </w:rPr>
        <w:t xml:space="preserve"> Euro Nexus </w:t>
      </w:r>
      <w:proofErr w:type="spellStart"/>
      <w:r w:rsidRPr="00E2238F">
        <w:rPr>
          <w:sz w:val="19"/>
          <w:szCs w:val="19"/>
        </w:rPr>
        <w:t>s.r.o.</w:t>
      </w:r>
      <w:proofErr w:type="spellEnd"/>
      <w:r w:rsidRPr="00E2238F">
        <w:rPr>
          <w:sz w:val="19"/>
          <w:szCs w:val="19"/>
        </w:rPr>
        <w:t xml:space="preserve"> (</w:t>
      </w:r>
      <w:proofErr w:type="spellStart"/>
      <w:r w:rsidRPr="00E2238F">
        <w:rPr>
          <w:sz w:val="19"/>
          <w:szCs w:val="19"/>
        </w:rPr>
        <w:t>dále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jen</w:t>
      </w:r>
      <w:proofErr w:type="spellEnd"/>
      <w:r w:rsidRPr="00E2238F">
        <w:rPr>
          <w:sz w:val="19"/>
          <w:szCs w:val="19"/>
        </w:rPr>
        <w:t xml:space="preserve"> „Euro </w:t>
      </w:r>
      <w:proofErr w:type="gramStart"/>
      <w:r w:rsidRPr="00E2238F">
        <w:rPr>
          <w:sz w:val="19"/>
          <w:szCs w:val="19"/>
        </w:rPr>
        <w:t>Nexus“</w:t>
      </w:r>
      <w:proofErr w:type="gramEnd"/>
      <w:r w:rsidRPr="00E2238F">
        <w:rPr>
          <w:sz w:val="19"/>
          <w:szCs w:val="19"/>
        </w:rPr>
        <w:t xml:space="preserve">) a </w:t>
      </w:r>
      <w:proofErr w:type="spellStart"/>
      <w:r w:rsidRPr="00E2238F">
        <w:rPr>
          <w:sz w:val="19"/>
          <w:szCs w:val="19"/>
        </w:rPr>
        <w:t>jejími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obchodními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partnery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poskytování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silniční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dopravy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zasílatelských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souvisejících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logistických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služeb</w:t>
      </w:r>
      <w:proofErr w:type="spellEnd"/>
      <w:r w:rsidRPr="00E2238F">
        <w:rPr>
          <w:sz w:val="19"/>
          <w:szCs w:val="19"/>
        </w:rPr>
        <w:t>.</w:t>
      </w:r>
    </w:p>
    <w:p w14:paraId="193631D2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1.2. VOP se </w:t>
      </w:r>
      <w:proofErr w:type="spellStart"/>
      <w:r w:rsidRPr="00E2238F">
        <w:rPr>
          <w:sz w:val="19"/>
          <w:szCs w:val="19"/>
        </w:rPr>
        <w:t>vztahují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zejména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>:</w:t>
      </w:r>
    </w:p>
    <w:p w14:paraId="4F21F8E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a) </w:t>
      </w:r>
      <w:proofErr w:type="spellStart"/>
      <w:r w:rsidRPr="00E2238F">
        <w:rPr>
          <w:sz w:val="19"/>
          <w:szCs w:val="19"/>
        </w:rPr>
        <w:t>vnitrostátní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mezinárodní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silniční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přepravu</w:t>
      </w:r>
      <w:proofErr w:type="spellEnd"/>
      <w:r w:rsidRPr="00E2238F">
        <w:rPr>
          <w:sz w:val="19"/>
          <w:szCs w:val="19"/>
        </w:rPr>
        <w:t>;</w:t>
      </w:r>
    </w:p>
    <w:p w14:paraId="6557089D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b) </w:t>
      </w:r>
      <w:proofErr w:type="spellStart"/>
      <w:r w:rsidRPr="00E2238F">
        <w:rPr>
          <w:sz w:val="19"/>
          <w:szCs w:val="19"/>
        </w:rPr>
        <w:t>expresní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časově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kritické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>;</w:t>
      </w:r>
    </w:p>
    <w:p w14:paraId="56F2668B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c) </w:t>
      </w:r>
      <w:proofErr w:type="spellStart"/>
      <w:r w:rsidRPr="00E2238F">
        <w:rPr>
          <w:sz w:val="19"/>
          <w:szCs w:val="19"/>
        </w:rPr>
        <w:t>přepravu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automobilových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dílů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výrobních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komponentů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průmyslového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materiálu</w:t>
      </w:r>
      <w:proofErr w:type="spellEnd"/>
      <w:r w:rsidRPr="00E2238F">
        <w:rPr>
          <w:sz w:val="19"/>
          <w:szCs w:val="19"/>
        </w:rPr>
        <w:t>;</w:t>
      </w:r>
    </w:p>
    <w:p w14:paraId="2C54D7D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d) </w:t>
      </w:r>
      <w:proofErr w:type="spellStart"/>
      <w:r w:rsidRPr="00E2238F">
        <w:rPr>
          <w:sz w:val="19"/>
          <w:szCs w:val="19"/>
        </w:rPr>
        <w:t>přepravu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nebezpečných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věcí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ADR;</w:t>
      </w:r>
    </w:p>
    <w:p w14:paraId="4DE8F173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e) </w:t>
      </w:r>
      <w:proofErr w:type="spellStart"/>
      <w:r w:rsidRPr="00E2238F">
        <w:rPr>
          <w:sz w:val="19"/>
          <w:szCs w:val="19"/>
        </w:rPr>
        <w:t>obstarání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prostřednictvím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smluvních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dopravců</w:t>
      </w:r>
      <w:proofErr w:type="spellEnd"/>
      <w:r w:rsidRPr="00E2238F">
        <w:rPr>
          <w:sz w:val="19"/>
          <w:szCs w:val="19"/>
        </w:rPr>
        <w:t>;</w:t>
      </w:r>
    </w:p>
    <w:p w14:paraId="7C83B84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f) </w:t>
      </w:r>
      <w:proofErr w:type="spellStart"/>
      <w:r w:rsidRPr="00E2238F">
        <w:rPr>
          <w:sz w:val="19"/>
          <w:szCs w:val="19"/>
        </w:rPr>
        <w:t>další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služby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výslovně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sjednané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mezi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smluvními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stranami</w:t>
      </w:r>
      <w:proofErr w:type="spellEnd"/>
      <w:r w:rsidRPr="00E2238F">
        <w:rPr>
          <w:sz w:val="19"/>
          <w:szCs w:val="19"/>
        </w:rPr>
        <w:t>.</w:t>
      </w:r>
    </w:p>
    <w:p w14:paraId="644113B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1.3. VOP </w:t>
      </w:r>
      <w:proofErr w:type="spellStart"/>
      <w:r w:rsidRPr="00E2238F">
        <w:rPr>
          <w:sz w:val="19"/>
          <w:szCs w:val="19"/>
        </w:rPr>
        <w:t>jsou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určeny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výhradně</w:t>
      </w:r>
      <w:proofErr w:type="spellEnd"/>
      <w:r w:rsidRPr="00E2238F">
        <w:rPr>
          <w:sz w:val="19"/>
          <w:szCs w:val="19"/>
        </w:rPr>
        <w:t xml:space="preserve"> pro </w:t>
      </w:r>
      <w:proofErr w:type="spellStart"/>
      <w:r w:rsidRPr="00E2238F">
        <w:rPr>
          <w:sz w:val="19"/>
          <w:szCs w:val="19"/>
        </w:rPr>
        <w:t>smluvní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vztahy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mezi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podnikateli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souvislosti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jejich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podnikatelskou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činností</w:t>
      </w:r>
      <w:proofErr w:type="spellEnd"/>
      <w:r w:rsidRPr="00E2238F">
        <w:rPr>
          <w:sz w:val="19"/>
          <w:szCs w:val="19"/>
        </w:rPr>
        <w:t>.</w:t>
      </w:r>
    </w:p>
    <w:p w14:paraId="2F9D6B68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1.4. VOP </w:t>
      </w:r>
      <w:proofErr w:type="spellStart"/>
      <w:r w:rsidRPr="00E2238F">
        <w:rPr>
          <w:sz w:val="19"/>
          <w:szCs w:val="19"/>
        </w:rPr>
        <w:t>tvoří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součást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smlouvy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bylo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uzavírání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řádně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odkázáno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byly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druhé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straně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zpřístupněny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odpovídajícím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předpisům</w:t>
      </w:r>
      <w:proofErr w:type="spellEnd"/>
      <w:r w:rsidRPr="00E2238F">
        <w:rPr>
          <w:sz w:val="19"/>
          <w:szCs w:val="19"/>
        </w:rPr>
        <w:t>.</w:t>
      </w:r>
    </w:p>
    <w:p w14:paraId="452E4328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1.5. </w:t>
      </w:r>
      <w:proofErr w:type="spellStart"/>
      <w:r w:rsidRPr="00E2238F">
        <w:rPr>
          <w:sz w:val="19"/>
          <w:szCs w:val="19"/>
        </w:rPr>
        <w:t>Přednost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těmito</w:t>
      </w:r>
      <w:proofErr w:type="spellEnd"/>
      <w:r w:rsidRPr="00E2238F">
        <w:rPr>
          <w:sz w:val="19"/>
          <w:szCs w:val="19"/>
        </w:rPr>
        <w:t xml:space="preserve"> VOP </w:t>
      </w:r>
      <w:proofErr w:type="spellStart"/>
      <w:r w:rsidRPr="00E2238F">
        <w:rPr>
          <w:sz w:val="19"/>
          <w:szCs w:val="19"/>
        </w:rPr>
        <w:t>mají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kogentní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přímo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použitelné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Evropské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unie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závazná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ustanovení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mezinárodních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úmluv</w:t>
      </w:r>
      <w:proofErr w:type="spellEnd"/>
      <w:r w:rsidRPr="00E2238F">
        <w:rPr>
          <w:sz w:val="19"/>
          <w:szCs w:val="19"/>
        </w:rPr>
        <w:t>.</w:t>
      </w:r>
    </w:p>
    <w:p w14:paraId="1AD32F39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1.6. </w:t>
      </w:r>
      <w:proofErr w:type="spellStart"/>
      <w:r w:rsidRPr="00E2238F">
        <w:rPr>
          <w:sz w:val="19"/>
          <w:szCs w:val="19"/>
        </w:rPr>
        <w:t>Odchylná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ujednání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uvedená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výslovně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odsouhlasené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individuální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smlouvě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mají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těmito</w:t>
      </w:r>
      <w:proofErr w:type="spellEnd"/>
      <w:r w:rsidRPr="00E2238F">
        <w:rPr>
          <w:sz w:val="19"/>
          <w:szCs w:val="19"/>
        </w:rPr>
        <w:t xml:space="preserve"> VOP.</w:t>
      </w:r>
    </w:p>
    <w:p w14:paraId="32C7617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1.7. </w:t>
      </w:r>
      <w:proofErr w:type="spellStart"/>
      <w:r w:rsidRPr="00E2238F">
        <w:rPr>
          <w:sz w:val="19"/>
          <w:szCs w:val="19"/>
        </w:rPr>
        <w:t>Obchodní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podmínky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použijí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pouze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, v </w:t>
      </w:r>
      <w:proofErr w:type="spellStart"/>
      <w:r w:rsidRPr="00E2238F">
        <w:rPr>
          <w:sz w:val="19"/>
          <w:szCs w:val="19"/>
        </w:rPr>
        <w:t>jakém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byly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společností</w:t>
      </w:r>
      <w:proofErr w:type="spellEnd"/>
      <w:r w:rsidRPr="00E2238F">
        <w:rPr>
          <w:sz w:val="19"/>
          <w:szCs w:val="19"/>
        </w:rPr>
        <w:t xml:space="preserve"> Euro Nexus </w:t>
      </w:r>
      <w:proofErr w:type="spellStart"/>
      <w:r w:rsidRPr="00E2238F">
        <w:rPr>
          <w:sz w:val="19"/>
          <w:szCs w:val="19"/>
        </w:rPr>
        <w:t>výslovně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přijaty</w:t>
      </w:r>
      <w:proofErr w:type="spellEnd"/>
      <w:r w:rsidRPr="00E2238F">
        <w:rPr>
          <w:sz w:val="19"/>
          <w:szCs w:val="19"/>
        </w:rPr>
        <w:t xml:space="preserve">. </w:t>
      </w:r>
      <w:proofErr w:type="spellStart"/>
      <w:r w:rsidRPr="00E2238F">
        <w:rPr>
          <w:sz w:val="19"/>
          <w:szCs w:val="19"/>
        </w:rPr>
        <w:t>Samotné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zaslání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objednávky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odkazem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podmínky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neznamená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jejich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automatické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přijetí</w:t>
      </w:r>
      <w:proofErr w:type="spellEnd"/>
      <w:r w:rsidRPr="00E2238F">
        <w:rPr>
          <w:sz w:val="19"/>
          <w:szCs w:val="19"/>
        </w:rPr>
        <w:t>.</w:t>
      </w:r>
    </w:p>
    <w:p w14:paraId="212A3742" w14:textId="77777777" w:rsidR="00E2238F" w:rsidRPr="00E2238F" w:rsidRDefault="00E2238F" w:rsidP="009C545C">
      <w:pPr>
        <w:spacing w:before="120" w:after="0"/>
        <w:rPr>
          <w:sz w:val="19"/>
          <w:szCs w:val="19"/>
        </w:rPr>
      </w:pPr>
    </w:p>
    <w:p w14:paraId="5203C00D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II. UZAVŘENÍ PŘEPRAVNÍ SMLOUVY</w:t>
      </w:r>
    </w:p>
    <w:p w14:paraId="74EB858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2.1. </w:t>
      </w:r>
      <w:proofErr w:type="spellStart"/>
      <w:r w:rsidRPr="00E2238F">
        <w:rPr>
          <w:sz w:val="19"/>
          <w:szCs w:val="19"/>
        </w:rPr>
        <w:t>Objednávky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předávat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prostřednictvím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elektronické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pošty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elektronických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platforem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dohodnutým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způsobem</w:t>
      </w:r>
      <w:proofErr w:type="spellEnd"/>
      <w:r w:rsidRPr="00E2238F">
        <w:rPr>
          <w:sz w:val="19"/>
          <w:szCs w:val="19"/>
        </w:rPr>
        <w:t>.</w:t>
      </w:r>
    </w:p>
    <w:p w14:paraId="0A6E0E25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2.2. </w:t>
      </w:r>
      <w:proofErr w:type="spellStart"/>
      <w:r w:rsidRPr="00E2238F">
        <w:rPr>
          <w:sz w:val="19"/>
          <w:szCs w:val="19"/>
        </w:rPr>
        <w:t>Objednávka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obsahovat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zejména</w:t>
      </w:r>
      <w:proofErr w:type="spellEnd"/>
      <w:r w:rsidRPr="00E2238F">
        <w:rPr>
          <w:sz w:val="19"/>
          <w:szCs w:val="19"/>
        </w:rPr>
        <w:t>:</w:t>
      </w:r>
    </w:p>
    <w:p w14:paraId="3B21583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a) </w:t>
      </w:r>
      <w:proofErr w:type="spellStart"/>
      <w:r w:rsidRPr="00E2238F">
        <w:rPr>
          <w:sz w:val="19"/>
          <w:szCs w:val="19"/>
        </w:rPr>
        <w:t>identifikaci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odesílatele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příjemce</w:t>
      </w:r>
      <w:proofErr w:type="spellEnd"/>
      <w:r w:rsidRPr="00E2238F">
        <w:rPr>
          <w:sz w:val="19"/>
          <w:szCs w:val="19"/>
        </w:rPr>
        <w:t>;</w:t>
      </w:r>
    </w:p>
    <w:p w14:paraId="0942075B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b) </w:t>
      </w:r>
      <w:proofErr w:type="spellStart"/>
      <w:r w:rsidRPr="00E2238F">
        <w:rPr>
          <w:sz w:val="19"/>
          <w:szCs w:val="19"/>
        </w:rPr>
        <w:t>přesná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místa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termíny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nakládky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vykládky</w:t>
      </w:r>
      <w:proofErr w:type="spellEnd"/>
      <w:r w:rsidRPr="00E2238F">
        <w:rPr>
          <w:sz w:val="19"/>
          <w:szCs w:val="19"/>
        </w:rPr>
        <w:t>;</w:t>
      </w:r>
    </w:p>
    <w:p w14:paraId="4520EB93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c) </w:t>
      </w:r>
      <w:proofErr w:type="spellStart"/>
      <w:r w:rsidRPr="00E2238F">
        <w:rPr>
          <w:sz w:val="19"/>
          <w:szCs w:val="19"/>
        </w:rPr>
        <w:t>druh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množství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hmotnost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rozměry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>;</w:t>
      </w:r>
    </w:p>
    <w:p w14:paraId="1AFA451D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d) </w:t>
      </w:r>
      <w:proofErr w:type="spellStart"/>
      <w:r w:rsidRPr="00E2238F">
        <w:rPr>
          <w:sz w:val="19"/>
          <w:szCs w:val="19"/>
        </w:rPr>
        <w:t>počet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typ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jednotek</w:t>
      </w:r>
      <w:proofErr w:type="spellEnd"/>
      <w:r w:rsidRPr="00E2238F">
        <w:rPr>
          <w:sz w:val="19"/>
          <w:szCs w:val="19"/>
        </w:rPr>
        <w:t>;</w:t>
      </w:r>
    </w:p>
    <w:p w14:paraId="0E3A33CB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e) </w:t>
      </w:r>
      <w:proofErr w:type="spellStart"/>
      <w:r w:rsidRPr="00E2238F">
        <w:rPr>
          <w:sz w:val="19"/>
          <w:szCs w:val="19"/>
        </w:rPr>
        <w:t>požadovaný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typ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vozidla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zvláštní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vybavení</w:t>
      </w:r>
      <w:proofErr w:type="spellEnd"/>
      <w:r w:rsidRPr="00E2238F">
        <w:rPr>
          <w:sz w:val="19"/>
          <w:szCs w:val="19"/>
        </w:rPr>
        <w:t>;</w:t>
      </w:r>
    </w:p>
    <w:p w14:paraId="69E1A672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f) </w:t>
      </w:r>
      <w:proofErr w:type="spellStart"/>
      <w:r w:rsidRPr="00E2238F">
        <w:rPr>
          <w:sz w:val="19"/>
          <w:szCs w:val="19"/>
        </w:rPr>
        <w:t>dohodnutou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cenu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měnu</w:t>
      </w:r>
      <w:proofErr w:type="spellEnd"/>
      <w:r w:rsidRPr="00E2238F">
        <w:rPr>
          <w:sz w:val="19"/>
          <w:szCs w:val="19"/>
        </w:rPr>
        <w:t>;</w:t>
      </w:r>
    </w:p>
    <w:p w14:paraId="10BB49FE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g) </w:t>
      </w:r>
      <w:proofErr w:type="spellStart"/>
      <w:r w:rsidRPr="00E2238F">
        <w:rPr>
          <w:sz w:val="19"/>
          <w:szCs w:val="19"/>
        </w:rPr>
        <w:t>informace</w:t>
      </w:r>
      <w:proofErr w:type="spellEnd"/>
      <w:r w:rsidRPr="00E2238F">
        <w:rPr>
          <w:sz w:val="19"/>
          <w:szCs w:val="19"/>
        </w:rPr>
        <w:t xml:space="preserve"> o </w:t>
      </w:r>
      <w:proofErr w:type="spellStart"/>
      <w:r w:rsidRPr="00E2238F">
        <w:rPr>
          <w:sz w:val="19"/>
          <w:szCs w:val="19"/>
        </w:rPr>
        <w:t>nebezpečném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zboží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zvláštních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požadavcích</w:t>
      </w:r>
      <w:proofErr w:type="spellEnd"/>
      <w:r w:rsidRPr="00E2238F">
        <w:rPr>
          <w:sz w:val="19"/>
          <w:szCs w:val="19"/>
        </w:rPr>
        <w:t>;</w:t>
      </w:r>
    </w:p>
    <w:p w14:paraId="7C12624C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h) </w:t>
      </w:r>
      <w:proofErr w:type="spellStart"/>
      <w:r w:rsidRPr="00E2238F">
        <w:rPr>
          <w:sz w:val="19"/>
          <w:szCs w:val="19"/>
          <w:lang w:val="de-DE"/>
        </w:rPr>
        <w:t>kontaktní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osoby</w:t>
      </w:r>
      <w:proofErr w:type="spellEnd"/>
      <w:r w:rsidRPr="00E2238F">
        <w:rPr>
          <w:sz w:val="19"/>
          <w:szCs w:val="19"/>
          <w:lang w:val="de-DE"/>
        </w:rPr>
        <w:t xml:space="preserve"> pro </w:t>
      </w:r>
      <w:proofErr w:type="spellStart"/>
      <w:r w:rsidRPr="00E2238F">
        <w:rPr>
          <w:sz w:val="19"/>
          <w:szCs w:val="19"/>
          <w:lang w:val="de-DE"/>
        </w:rPr>
        <w:t>nakládku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vykládku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6851F352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2.3. </w:t>
      </w:r>
      <w:proofErr w:type="spellStart"/>
      <w:r w:rsidRPr="00E2238F">
        <w:rPr>
          <w:sz w:val="19"/>
          <w:szCs w:val="19"/>
          <w:lang w:val="de-DE"/>
        </w:rPr>
        <w:t>Smlouva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vzniká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přijetím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objednávky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společností</w:t>
      </w:r>
      <w:proofErr w:type="spellEnd"/>
      <w:r w:rsidRPr="00E2238F">
        <w:rPr>
          <w:sz w:val="19"/>
          <w:szCs w:val="19"/>
          <w:lang w:val="de-DE"/>
        </w:rPr>
        <w:t xml:space="preserve"> Euro Nexus </w:t>
      </w:r>
      <w:proofErr w:type="spellStart"/>
      <w:r w:rsidRPr="00E2238F">
        <w:rPr>
          <w:sz w:val="19"/>
          <w:szCs w:val="19"/>
          <w:lang w:val="de-DE"/>
        </w:rPr>
        <w:t>nebo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jiným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právně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účinným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způsobem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2AF0786B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2.4. </w:t>
      </w:r>
      <w:proofErr w:type="spellStart"/>
      <w:r w:rsidRPr="00E2238F">
        <w:rPr>
          <w:sz w:val="19"/>
          <w:szCs w:val="19"/>
          <w:lang w:val="de-DE"/>
        </w:rPr>
        <w:t>Objednatel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odpovídá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správnost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úplnost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poskytnutých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údajů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66485C5D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2.5. </w:t>
      </w:r>
      <w:proofErr w:type="spellStart"/>
      <w:r w:rsidRPr="00E2238F">
        <w:rPr>
          <w:sz w:val="19"/>
          <w:szCs w:val="19"/>
          <w:lang w:val="de-DE"/>
        </w:rPr>
        <w:t>Změny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potvrzené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objednávky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vyžadují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souhlas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obou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smluvních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stran</w:t>
      </w:r>
      <w:proofErr w:type="spellEnd"/>
      <w:r w:rsidRPr="00E2238F">
        <w:rPr>
          <w:sz w:val="19"/>
          <w:szCs w:val="19"/>
          <w:lang w:val="de-DE"/>
        </w:rPr>
        <w:t xml:space="preserve">. </w:t>
      </w:r>
      <w:proofErr w:type="spellStart"/>
      <w:r w:rsidRPr="00E2238F">
        <w:rPr>
          <w:sz w:val="19"/>
          <w:szCs w:val="19"/>
          <w:lang w:val="de-DE"/>
        </w:rPr>
        <w:t>Pokud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změna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ovlivní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cenu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trasu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časovou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náročnost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nebo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požadavky</w:t>
      </w:r>
      <w:proofErr w:type="spellEnd"/>
      <w:r w:rsidRPr="00E2238F">
        <w:rPr>
          <w:sz w:val="19"/>
          <w:szCs w:val="19"/>
          <w:lang w:val="de-DE"/>
        </w:rPr>
        <w:t xml:space="preserve"> na </w:t>
      </w:r>
      <w:proofErr w:type="spellStart"/>
      <w:r w:rsidRPr="00E2238F">
        <w:rPr>
          <w:sz w:val="19"/>
          <w:szCs w:val="19"/>
          <w:lang w:val="de-DE"/>
        </w:rPr>
        <w:t>vozidlo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může</w:t>
      </w:r>
      <w:proofErr w:type="spellEnd"/>
      <w:r w:rsidRPr="00E2238F">
        <w:rPr>
          <w:sz w:val="19"/>
          <w:szCs w:val="19"/>
          <w:lang w:val="de-DE"/>
        </w:rPr>
        <w:t xml:space="preserve"> Euro Nexus </w:t>
      </w:r>
      <w:proofErr w:type="spellStart"/>
      <w:r w:rsidRPr="00E2238F">
        <w:rPr>
          <w:sz w:val="19"/>
          <w:szCs w:val="19"/>
          <w:lang w:val="de-DE"/>
        </w:rPr>
        <w:t>navrhnout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odpovídající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úpravu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přepravného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010C3E2C" w14:textId="60DCD1B3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2.6. Euro Nexus </w:t>
      </w:r>
      <w:proofErr w:type="spellStart"/>
      <w:r w:rsidRPr="00E2238F">
        <w:rPr>
          <w:sz w:val="19"/>
          <w:szCs w:val="19"/>
          <w:lang w:val="de-DE"/>
        </w:rPr>
        <w:t>může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odmítnout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objednávku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jejíž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provedení</w:t>
      </w:r>
      <w:proofErr w:type="spellEnd"/>
      <w:r w:rsidRPr="00E2238F">
        <w:rPr>
          <w:sz w:val="19"/>
          <w:szCs w:val="19"/>
          <w:lang w:val="de-DE"/>
        </w:rPr>
        <w:t xml:space="preserve"> by </w:t>
      </w:r>
      <w:proofErr w:type="spellStart"/>
      <w:r w:rsidRPr="00E2238F">
        <w:rPr>
          <w:sz w:val="19"/>
          <w:szCs w:val="19"/>
          <w:lang w:val="de-DE"/>
        </w:rPr>
        <w:t>bylo</w:t>
      </w:r>
      <w:proofErr w:type="spellEnd"/>
      <w:r w:rsidRPr="00E2238F">
        <w:rPr>
          <w:sz w:val="19"/>
          <w:szCs w:val="19"/>
          <w:lang w:val="de-DE"/>
        </w:rPr>
        <w:t xml:space="preserve"> v </w:t>
      </w:r>
      <w:proofErr w:type="spellStart"/>
      <w:r w:rsidRPr="00E2238F">
        <w:rPr>
          <w:sz w:val="19"/>
          <w:szCs w:val="19"/>
          <w:lang w:val="de-DE"/>
        </w:rPr>
        <w:t>rozporu</w:t>
      </w:r>
      <w:proofErr w:type="spellEnd"/>
      <w:r w:rsidRPr="00E2238F">
        <w:rPr>
          <w:sz w:val="19"/>
          <w:szCs w:val="19"/>
          <w:lang w:val="de-DE"/>
        </w:rPr>
        <w:t xml:space="preserve"> s </w:t>
      </w:r>
      <w:proofErr w:type="spellStart"/>
      <w:r w:rsidRPr="00E2238F">
        <w:rPr>
          <w:sz w:val="19"/>
          <w:szCs w:val="19"/>
          <w:lang w:val="de-DE"/>
        </w:rPr>
        <w:t>právními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předpisy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technickými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možnostmi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vozidla</w:t>
      </w:r>
      <w:proofErr w:type="spellEnd"/>
      <w:r w:rsidR="00BE1920" w:rsidRPr="00E2238F">
        <w:rPr>
          <w:sz w:val="19"/>
          <w:szCs w:val="19"/>
          <w:lang w:val="de-DE"/>
        </w:rPr>
        <w:t>,</w:t>
      </w:r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bezpečnostními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požadavky</w:t>
      </w:r>
      <w:proofErr w:type="spellEnd"/>
      <w:r w:rsidR="00BE1920" w:rsidRPr="00E2238F">
        <w:rPr>
          <w:sz w:val="19"/>
          <w:szCs w:val="19"/>
          <w:lang w:val="de-DE"/>
        </w:rPr>
        <w:t xml:space="preserve"> </w:t>
      </w:r>
      <w:proofErr w:type="spellStart"/>
      <w:r w:rsidR="00BE1920" w:rsidRPr="00E2238F">
        <w:rPr>
          <w:sz w:val="19"/>
          <w:szCs w:val="19"/>
          <w:lang w:val="de-DE"/>
        </w:rPr>
        <w:t>nebo</w:t>
      </w:r>
      <w:proofErr w:type="spellEnd"/>
      <w:r w:rsidR="00BE1920" w:rsidRPr="00E2238F">
        <w:rPr>
          <w:sz w:val="19"/>
          <w:szCs w:val="19"/>
          <w:lang w:val="de-DE"/>
        </w:rPr>
        <w:t xml:space="preserve"> </w:t>
      </w:r>
      <w:proofErr w:type="spellStart"/>
      <w:r w:rsidR="00BE1920" w:rsidRPr="00E2238F">
        <w:rPr>
          <w:sz w:val="19"/>
          <w:szCs w:val="19"/>
          <w:lang w:val="de-DE"/>
        </w:rPr>
        <w:t>oboustranně</w:t>
      </w:r>
      <w:proofErr w:type="spellEnd"/>
      <w:r w:rsidR="00BE1920" w:rsidRPr="00E2238F">
        <w:rPr>
          <w:sz w:val="19"/>
          <w:szCs w:val="19"/>
          <w:lang w:val="de-DE"/>
        </w:rPr>
        <w:t xml:space="preserve"> </w:t>
      </w:r>
      <w:proofErr w:type="spellStart"/>
      <w:r w:rsidR="00BE1920" w:rsidRPr="00E2238F">
        <w:rPr>
          <w:sz w:val="19"/>
          <w:szCs w:val="19"/>
          <w:lang w:val="de-DE"/>
        </w:rPr>
        <w:t>neodsouhlasené</w:t>
      </w:r>
      <w:proofErr w:type="spellEnd"/>
      <w:r w:rsidR="00BE1920" w:rsidRPr="00E2238F">
        <w:rPr>
          <w:sz w:val="19"/>
          <w:szCs w:val="19"/>
          <w:lang w:val="de-DE"/>
        </w:rPr>
        <w:t xml:space="preserve"> </w:t>
      </w:r>
      <w:proofErr w:type="spellStart"/>
      <w:r w:rsidR="00BE1920" w:rsidRPr="00E2238F">
        <w:rPr>
          <w:sz w:val="19"/>
          <w:szCs w:val="19"/>
          <w:lang w:val="de-DE"/>
        </w:rPr>
        <w:t>změně</w:t>
      </w:r>
      <w:proofErr w:type="spellEnd"/>
      <w:r w:rsidR="00BE1920" w:rsidRPr="00E2238F">
        <w:rPr>
          <w:sz w:val="19"/>
          <w:szCs w:val="19"/>
          <w:lang w:val="de-DE"/>
        </w:rPr>
        <w:t xml:space="preserve"> </w:t>
      </w:r>
      <w:proofErr w:type="spellStart"/>
      <w:r w:rsidR="00BE1920" w:rsidRPr="00E2238F">
        <w:rPr>
          <w:sz w:val="19"/>
          <w:szCs w:val="19"/>
          <w:lang w:val="de-DE"/>
        </w:rPr>
        <w:t>objednávky</w:t>
      </w:r>
      <w:proofErr w:type="spellEnd"/>
      <w:r w:rsidR="00BE1920" w:rsidRPr="00E2238F">
        <w:rPr>
          <w:sz w:val="19"/>
          <w:szCs w:val="19"/>
          <w:lang w:val="de-DE"/>
        </w:rPr>
        <w:t>.</w:t>
      </w:r>
    </w:p>
    <w:p w14:paraId="4DB9BE0E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</w:p>
    <w:p w14:paraId="69BCEF09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III. PRÁVA A POVINNOSTI OBJEDNATELE</w:t>
      </w:r>
    </w:p>
    <w:p w14:paraId="102B0A4F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3.1.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povinen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úplné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pravdivé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včasné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informace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potřebné</w:t>
      </w:r>
      <w:proofErr w:type="spellEnd"/>
      <w:r w:rsidRPr="00E2238F">
        <w:rPr>
          <w:sz w:val="19"/>
          <w:szCs w:val="19"/>
        </w:rPr>
        <w:t xml:space="preserve"> k </w:t>
      </w:r>
      <w:proofErr w:type="spellStart"/>
      <w:r w:rsidRPr="00E2238F">
        <w:rPr>
          <w:sz w:val="19"/>
          <w:szCs w:val="19"/>
        </w:rPr>
        <w:t>bezpečnému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řádnému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provedení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>.</w:t>
      </w:r>
    </w:p>
    <w:p w14:paraId="5E372A9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3.2.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, aby </w:t>
      </w:r>
      <w:proofErr w:type="spellStart"/>
      <w:r w:rsidRPr="00E2238F">
        <w:rPr>
          <w:sz w:val="19"/>
          <w:szCs w:val="19"/>
        </w:rPr>
        <w:t>zásilka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byla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připravena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dohodnutém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termínu</w:t>
      </w:r>
      <w:proofErr w:type="spellEnd"/>
      <w:r w:rsidRPr="00E2238F">
        <w:rPr>
          <w:sz w:val="19"/>
          <w:szCs w:val="19"/>
        </w:rPr>
        <w:t xml:space="preserve"> </w:t>
      </w:r>
      <w:proofErr w:type="gramStart"/>
      <w:r w:rsidRPr="00E2238F">
        <w:rPr>
          <w:sz w:val="19"/>
          <w:szCs w:val="19"/>
        </w:rPr>
        <w:t>a</w:t>
      </w:r>
      <w:proofErr w:type="gram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odpovídala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potvrzené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objednávce</w:t>
      </w:r>
      <w:proofErr w:type="spellEnd"/>
      <w:r w:rsidRPr="00E2238F">
        <w:rPr>
          <w:sz w:val="19"/>
          <w:szCs w:val="19"/>
        </w:rPr>
        <w:t>.</w:t>
      </w:r>
    </w:p>
    <w:p w14:paraId="056A2EBD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3.3.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odpovídá</w:t>
      </w:r>
      <w:proofErr w:type="spellEnd"/>
      <w:r w:rsidRPr="00E2238F">
        <w:rPr>
          <w:sz w:val="19"/>
          <w:szCs w:val="19"/>
        </w:rPr>
        <w:t xml:space="preserve"> za </w:t>
      </w:r>
      <w:proofErr w:type="spellStart"/>
      <w:r w:rsidRPr="00E2238F">
        <w:rPr>
          <w:sz w:val="19"/>
          <w:szCs w:val="19"/>
        </w:rPr>
        <w:t>vhodnost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balení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správnost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označení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poskytnutí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nezbytných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dokladů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které</w:t>
      </w:r>
      <w:proofErr w:type="spellEnd"/>
      <w:r w:rsidRPr="00E2238F">
        <w:rPr>
          <w:sz w:val="19"/>
          <w:szCs w:val="19"/>
        </w:rPr>
        <w:t xml:space="preserve"> mu </w:t>
      </w:r>
      <w:proofErr w:type="spellStart"/>
      <w:r w:rsidRPr="00E2238F">
        <w:rPr>
          <w:sz w:val="19"/>
          <w:szCs w:val="19"/>
        </w:rPr>
        <w:t>ukládají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smlouva</w:t>
      </w:r>
      <w:proofErr w:type="spellEnd"/>
      <w:r w:rsidRPr="00E2238F">
        <w:rPr>
          <w:sz w:val="19"/>
          <w:szCs w:val="19"/>
        </w:rPr>
        <w:t>.</w:t>
      </w:r>
    </w:p>
    <w:p w14:paraId="558FC580" w14:textId="2AA3D572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3.4.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potřebnou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součinnost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odesílatele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příjemce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zejména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nakládce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vykládce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přístupu</w:t>
      </w:r>
      <w:proofErr w:type="spellEnd"/>
      <w:r w:rsidRPr="00E2238F">
        <w:rPr>
          <w:sz w:val="19"/>
          <w:szCs w:val="19"/>
        </w:rPr>
        <w:t xml:space="preserve"> do </w:t>
      </w:r>
      <w:proofErr w:type="spellStart"/>
      <w:r w:rsidRPr="00E2238F">
        <w:rPr>
          <w:sz w:val="19"/>
          <w:szCs w:val="19"/>
        </w:rPr>
        <w:t>areálů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potvrzování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dokladů</w:t>
      </w:r>
      <w:proofErr w:type="spellEnd"/>
      <w:r w:rsidRPr="00E2238F">
        <w:rPr>
          <w:sz w:val="19"/>
          <w:szCs w:val="19"/>
        </w:rPr>
        <w:t>.</w:t>
      </w:r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Dále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zajistí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možnost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bezproblémového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příjezdu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vozidla</w:t>
      </w:r>
      <w:proofErr w:type="spellEnd"/>
      <w:r w:rsidR="00BE1920" w:rsidRPr="00E2238F">
        <w:rPr>
          <w:sz w:val="19"/>
          <w:szCs w:val="19"/>
        </w:rPr>
        <w:t xml:space="preserve"> k </w:t>
      </w:r>
      <w:proofErr w:type="spellStart"/>
      <w:r w:rsidR="00BE1920" w:rsidRPr="00E2238F">
        <w:rPr>
          <w:sz w:val="19"/>
          <w:szCs w:val="19"/>
        </w:rPr>
        <w:t>místu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nakládky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nebo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vykládky</w:t>
      </w:r>
      <w:proofErr w:type="spellEnd"/>
      <w:r w:rsidR="00BE1920" w:rsidRPr="00E2238F">
        <w:rPr>
          <w:sz w:val="19"/>
          <w:szCs w:val="19"/>
        </w:rPr>
        <w:t xml:space="preserve">, </w:t>
      </w:r>
      <w:proofErr w:type="spellStart"/>
      <w:r w:rsidR="00BE1920" w:rsidRPr="00E2238F">
        <w:rPr>
          <w:sz w:val="19"/>
          <w:szCs w:val="19"/>
        </w:rPr>
        <w:t>aniž</w:t>
      </w:r>
      <w:proofErr w:type="spellEnd"/>
      <w:r w:rsidR="00BE1920" w:rsidRPr="00E2238F">
        <w:rPr>
          <w:sz w:val="19"/>
          <w:szCs w:val="19"/>
        </w:rPr>
        <w:t xml:space="preserve"> by </w:t>
      </w:r>
      <w:proofErr w:type="spellStart"/>
      <w:r w:rsidR="00BE1920" w:rsidRPr="00E2238F">
        <w:rPr>
          <w:sz w:val="19"/>
          <w:szCs w:val="19"/>
        </w:rPr>
        <w:t>firma</w:t>
      </w:r>
      <w:proofErr w:type="spellEnd"/>
      <w:r w:rsidR="00BE1920" w:rsidRPr="00E2238F">
        <w:rPr>
          <w:sz w:val="19"/>
          <w:szCs w:val="19"/>
        </w:rPr>
        <w:t xml:space="preserve"> Euro Nexus </w:t>
      </w:r>
      <w:proofErr w:type="spellStart"/>
      <w:r w:rsidR="00BE1920" w:rsidRPr="00E2238F">
        <w:rPr>
          <w:sz w:val="19"/>
          <w:szCs w:val="19"/>
        </w:rPr>
        <w:t>musela</w:t>
      </w:r>
      <w:proofErr w:type="spellEnd"/>
      <w:r w:rsidR="00BE1920" w:rsidRPr="00E2238F">
        <w:rPr>
          <w:sz w:val="19"/>
          <w:szCs w:val="19"/>
        </w:rPr>
        <w:t xml:space="preserve"> v </w:t>
      </w:r>
      <w:proofErr w:type="spellStart"/>
      <w:r w:rsidR="00BE1920" w:rsidRPr="00E2238F">
        <w:rPr>
          <w:sz w:val="19"/>
          <w:szCs w:val="19"/>
        </w:rPr>
        <w:t>daném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místě</w:t>
      </w:r>
      <w:proofErr w:type="spellEnd"/>
      <w:r w:rsidR="00BE1920" w:rsidRPr="00E2238F">
        <w:rPr>
          <w:sz w:val="19"/>
          <w:szCs w:val="19"/>
        </w:rPr>
        <w:t xml:space="preserve"> a </w:t>
      </w:r>
      <w:proofErr w:type="spellStart"/>
      <w:r w:rsidR="00BE1920" w:rsidRPr="00E2238F">
        <w:rPr>
          <w:sz w:val="19"/>
          <w:szCs w:val="19"/>
        </w:rPr>
        <w:t>čase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řešit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dopravní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situaci</w:t>
      </w:r>
      <w:proofErr w:type="spellEnd"/>
      <w:r w:rsidR="00BE1920" w:rsidRPr="00E2238F">
        <w:rPr>
          <w:sz w:val="19"/>
          <w:szCs w:val="19"/>
        </w:rPr>
        <w:t xml:space="preserve">, </w:t>
      </w:r>
      <w:proofErr w:type="spellStart"/>
      <w:r w:rsidR="00BE1920" w:rsidRPr="00E2238F">
        <w:rPr>
          <w:sz w:val="19"/>
          <w:szCs w:val="19"/>
        </w:rPr>
        <w:t>vzniklou</w:t>
      </w:r>
      <w:proofErr w:type="spellEnd"/>
      <w:r w:rsidR="00BE1920" w:rsidRPr="00E2238F">
        <w:rPr>
          <w:sz w:val="19"/>
          <w:szCs w:val="19"/>
        </w:rPr>
        <w:t xml:space="preserve"> s </w:t>
      </w:r>
      <w:proofErr w:type="spellStart"/>
      <w:r w:rsidR="00BE1920" w:rsidRPr="00E2238F">
        <w:rPr>
          <w:sz w:val="19"/>
          <w:szCs w:val="19"/>
        </w:rPr>
        <w:t>nakládkou</w:t>
      </w:r>
      <w:proofErr w:type="spellEnd"/>
      <w:r w:rsidR="00BE1920" w:rsidRPr="00E2238F">
        <w:rPr>
          <w:sz w:val="19"/>
          <w:szCs w:val="19"/>
        </w:rPr>
        <w:t xml:space="preserve"> a </w:t>
      </w:r>
      <w:proofErr w:type="spellStart"/>
      <w:r w:rsidR="00BE1920" w:rsidRPr="00E2238F">
        <w:rPr>
          <w:sz w:val="19"/>
          <w:szCs w:val="19"/>
        </w:rPr>
        <w:t>vykládkou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zboží</w:t>
      </w:r>
      <w:proofErr w:type="spellEnd"/>
      <w:r w:rsidR="00BE1920" w:rsidRPr="00E2238F">
        <w:rPr>
          <w:sz w:val="19"/>
          <w:szCs w:val="19"/>
        </w:rPr>
        <w:t xml:space="preserve"> </w:t>
      </w:r>
      <w:proofErr w:type="spellStart"/>
      <w:r w:rsidR="00BE1920" w:rsidRPr="00E2238F">
        <w:rPr>
          <w:sz w:val="19"/>
          <w:szCs w:val="19"/>
        </w:rPr>
        <w:t>objednatele</w:t>
      </w:r>
      <w:proofErr w:type="spellEnd"/>
      <w:r w:rsidR="00BE1920" w:rsidRPr="00E2238F">
        <w:rPr>
          <w:sz w:val="19"/>
          <w:szCs w:val="19"/>
        </w:rPr>
        <w:t>.</w:t>
      </w:r>
    </w:p>
    <w:p w14:paraId="0798AC3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3.5.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povinen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upozornit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veškeré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zvláštní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vlastnosti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které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mohou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ovlivnit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bezpečnost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manipulaci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vhodnost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vozidla</w:t>
      </w:r>
      <w:proofErr w:type="spellEnd"/>
      <w:r w:rsidRPr="00E2238F">
        <w:rPr>
          <w:sz w:val="19"/>
          <w:szCs w:val="19"/>
        </w:rPr>
        <w:t>.</w:t>
      </w:r>
    </w:p>
    <w:p w14:paraId="0713CFB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3.6.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odpovídá</w:t>
      </w:r>
      <w:proofErr w:type="spellEnd"/>
      <w:r w:rsidRPr="00E2238F">
        <w:rPr>
          <w:sz w:val="19"/>
          <w:szCs w:val="19"/>
        </w:rPr>
        <w:t xml:space="preserve"> za </w:t>
      </w:r>
      <w:proofErr w:type="spellStart"/>
      <w:r w:rsidRPr="00E2238F">
        <w:rPr>
          <w:sz w:val="19"/>
          <w:szCs w:val="19"/>
        </w:rPr>
        <w:t>škodu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účelně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vynaložené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porušením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svých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smluvních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povinností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předpisů</w:t>
      </w:r>
      <w:proofErr w:type="spellEnd"/>
      <w:r w:rsidRPr="00E2238F">
        <w:rPr>
          <w:sz w:val="19"/>
          <w:szCs w:val="19"/>
        </w:rPr>
        <w:t>.</w:t>
      </w:r>
    </w:p>
    <w:p w14:paraId="1E1369A2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69C82565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IV. PRÁVA A POVINNOSTI EURO NEXUS</w:t>
      </w:r>
    </w:p>
    <w:p w14:paraId="3E4F80B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4.1. Euro Nexus se </w:t>
      </w:r>
      <w:proofErr w:type="spellStart"/>
      <w:r w:rsidRPr="00E2238F">
        <w:rPr>
          <w:sz w:val="19"/>
          <w:szCs w:val="19"/>
        </w:rPr>
        <w:t>zavazuje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provádět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obstarávat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přepravu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odbornou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péčí</w:t>
      </w:r>
      <w:proofErr w:type="spellEnd"/>
      <w:r w:rsidRPr="00E2238F">
        <w:rPr>
          <w:sz w:val="19"/>
          <w:szCs w:val="19"/>
        </w:rPr>
        <w:t xml:space="preserve">, v </w:t>
      </w:r>
      <w:proofErr w:type="spellStart"/>
      <w:r w:rsidRPr="00E2238F">
        <w:rPr>
          <w:sz w:val="19"/>
          <w:szCs w:val="19"/>
        </w:rPr>
        <w:t>souladu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potvrzenou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objednávkou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příslušnými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>.</w:t>
      </w:r>
    </w:p>
    <w:p w14:paraId="0B09AAF9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4.2.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vlastními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vozidly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 Euro Nexus </w:t>
      </w:r>
      <w:proofErr w:type="spellStart"/>
      <w:r w:rsidRPr="00E2238F">
        <w:rPr>
          <w:sz w:val="19"/>
          <w:szCs w:val="19"/>
        </w:rPr>
        <w:t>vozidlo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odpovídající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sjednaným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požadavkům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jeho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technickou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způsobilost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potřebná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oprávnění</w:t>
      </w:r>
      <w:proofErr w:type="spellEnd"/>
      <w:r w:rsidRPr="00E2238F">
        <w:rPr>
          <w:sz w:val="19"/>
          <w:szCs w:val="19"/>
        </w:rPr>
        <w:t>.</w:t>
      </w:r>
    </w:p>
    <w:p w14:paraId="0CF0D8AB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4.3. Euro Nexus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, aby </w:t>
      </w:r>
      <w:proofErr w:type="spellStart"/>
      <w:r w:rsidRPr="00E2238F">
        <w:rPr>
          <w:sz w:val="19"/>
          <w:szCs w:val="19"/>
        </w:rPr>
        <w:t>řidiči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splňovali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odbornou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způsobilost</w:t>
      </w:r>
      <w:proofErr w:type="spellEnd"/>
      <w:r w:rsidRPr="00E2238F">
        <w:rPr>
          <w:sz w:val="19"/>
          <w:szCs w:val="19"/>
        </w:rPr>
        <w:t xml:space="preserve"> a aby </w:t>
      </w:r>
      <w:proofErr w:type="spellStart"/>
      <w:r w:rsidRPr="00E2238F">
        <w:rPr>
          <w:sz w:val="19"/>
          <w:szCs w:val="19"/>
        </w:rPr>
        <w:t>byly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dodržovány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upravující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dobu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řízení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přestávky</w:t>
      </w:r>
      <w:proofErr w:type="spellEnd"/>
      <w:r w:rsidRPr="00E2238F">
        <w:rPr>
          <w:sz w:val="19"/>
          <w:szCs w:val="19"/>
        </w:rPr>
        <w:t xml:space="preserve"> </w:t>
      </w:r>
      <w:proofErr w:type="gramStart"/>
      <w:r w:rsidRPr="00E2238F">
        <w:rPr>
          <w:sz w:val="19"/>
          <w:szCs w:val="19"/>
        </w:rPr>
        <w:t>a</w:t>
      </w:r>
      <w:proofErr w:type="gram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odpočinek</w:t>
      </w:r>
      <w:proofErr w:type="spellEnd"/>
      <w:r w:rsidRPr="00E2238F">
        <w:rPr>
          <w:sz w:val="19"/>
          <w:szCs w:val="19"/>
        </w:rPr>
        <w:t>.</w:t>
      </w:r>
    </w:p>
    <w:p w14:paraId="0EB4D32B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4.4. Euro Nexus je </w:t>
      </w:r>
      <w:proofErr w:type="spellStart"/>
      <w:r w:rsidRPr="00E2238F">
        <w:rPr>
          <w:sz w:val="19"/>
          <w:szCs w:val="19"/>
        </w:rPr>
        <w:t>oprávněna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využít</w:t>
      </w:r>
      <w:proofErr w:type="spellEnd"/>
      <w:r w:rsidRPr="00E2238F">
        <w:rPr>
          <w:sz w:val="19"/>
          <w:szCs w:val="19"/>
        </w:rPr>
        <w:t xml:space="preserve"> k </w:t>
      </w:r>
      <w:proofErr w:type="spellStart"/>
      <w:r w:rsidRPr="00E2238F">
        <w:rPr>
          <w:sz w:val="19"/>
          <w:szCs w:val="19"/>
        </w:rPr>
        <w:t>provedení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smluvního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dopravce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tomu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nebrání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výslovná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smluvní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dohoda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</w:t>
      </w:r>
      <w:proofErr w:type="spellEnd"/>
      <w:r w:rsidRPr="00E2238F">
        <w:rPr>
          <w:sz w:val="19"/>
          <w:szCs w:val="19"/>
        </w:rPr>
        <w:t xml:space="preserve">. </w:t>
      </w:r>
      <w:proofErr w:type="spellStart"/>
      <w:r w:rsidRPr="00E2238F">
        <w:rPr>
          <w:sz w:val="19"/>
          <w:szCs w:val="19"/>
        </w:rPr>
        <w:t>Tím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dotčena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smluvního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právního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režimu</w:t>
      </w:r>
      <w:proofErr w:type="spellEnd"/>
      <w:r w:rsidRPr="00E2238F">
        <w:rPr>
          <w:sz w:val="19"/>
          <w:szCs w:val="19"/>
        </w:rPr>
        <w:t>.</w:t>
      </w:r>
    </w:p>
    <w:p w14:paraId="4A15D13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4.5. V </w:t>
      </w:r>
      <w:proofErr w:type="spellStart"/>
      <w:r w:rsidRPr="00E2238F">
        <w:rPr>
          <w:sz w:val="19"/>
          <w:szCs w:val="19"/>
        </w:rPr>
        <w:t>případě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nepředvídané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překážky</w:t>
      </w:r>
      <w:proofErr w:type="spellEnd"/>
      <w:r w:rsidRPr="00E2238F">
        <w:rPr>
          <w:sz w:val="19"/>
          <w:szCs w:val="19"/>
        </w:rPr>
        <w:t xml:space="preserve"> Euro Nexus bez </w:t>
      </w:r>
      <w:proofErr w:type="spellStart"/>
      <w:r w:rsidRPr="00E2238F">
        <w:rPr>
          <w:sz w:val="19"/>
          <w:szCs w:val="19"/>
        </w:rPr>
        <w:t>zbytečného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odkladu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informuje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vyžádá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potřebné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pokyny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to </w:t>
      </w:r>
      <w:proofErr w:type="spellStart"/>
      <w:r w:rsidRPr="00E2238F">
        <w:rPr>
          <w:sz w:val="19"/>
          <w:szCs w:val="19"/>
        </w:rPr>
        <w:t>okolnosti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vyžadují</w:t>
      </w:r>
      <w:proofErr w:type="spellEnd"/>
      <w:r w:rsidRPr="00E2238F">
        <w:rPr>
          <w:sz w:val="19"/>
          <w:szCs w:val="19"/>
        </w:rPr>
        <w:t>.</w:t>
      </w:r>
    </w:p>
    <w:p w14:paraId="420723F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4.6. Euro Nexus je </w:t>
      </w:r>
      <w:proofErr w:type="spellStart"/>
      <w:r w:rsidRPr="00E2238F">
        <w:rPr>
          <w:sz w:val="19"/>
          <w:szCs w:val="19"/>
        </w:rPr>
        <w:t>oprávněna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odmítnout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převzetí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zjevně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nevhodně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zabalena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neodpovídá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převzetí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představuje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nepřijatelné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bezpečnostní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riziko</w:t>
      </w:r>
      <w:proofErr w:type="spellEnd"/>
      <w:r w:rsidRPr="00E2238F">
        <w:rPr>
          <w:sz w:val="19"/>
          <w:szCs w:val="19"/>
        </w:rPr>
        <w:t>.</w:t>
      </w:r>
    </w:p>
    <w:p w14:paraId="26FB6212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14EE0DE1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V. NAKLÁDKA, VYKLÁDKA A ZAJIŠTĚNÍ NÁKLADU</w:t>
      </w:r>
    </w:p>
    <w:p w14:paraId="0B97333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5.1. </w:t>
      </w:r>
      <w:proofErr w:type="spellStart"/>
      <w:r w:rsidRPr="00E2238F">
        <w:rPr>
          <w:sz w:val="19"/>
          <w:szCs w:val="19"/>
        </w:rPr>
        <w:t>Není</w:t>
      </w:r>
      <w:proofErr w:type="spellEnd"/>
      <w:r w:rsidRPr="00E2238F">
        <w:rPr>
          <w:sz w:val="19"/>
          <w:szCs w:val="19"/>
        </w:rPr>
        <w:t xml:space="preserve">-li </w:t>
      </w:r>
      <w:proofErr w:type="spellStart"/>
      <w:r w:rsidRPr="00E2238F">
        <w:rPr>
          <w:sz w:val="19"/>
          <w:szCs w:val="19"/>
        </w:rPr>
        <w:t>výslovně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sjednáno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jinak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nakládku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provádí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odesílatel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vykládku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příjemce</w:t>
      </w:r>
      <w:proofErr w:type="spellEnd"/>
      <w:r w:rsidRPr="00E2238F">
        <w:rPr>
          <w:sz w:val="19"/>
          <w:szCs w:val="19"/>
        </w:rPr>
        <w:t>.</w:t>
      </w:r>
    </w:p>
    <w:p w14:paraId="429409C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5.2.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, aby </w:t>
      </w:r>
      <w:proofErr w:type="spellStart"/>
      <w:r w:rsidRPr="00E2238F">
        <w:rPr>
          <w:sz w:val="19"/>
          <w:szCs w:val="19"/>
        </w:rPr>
        <w:t>osoby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provádějící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manipulaci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měly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odpovídající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vybavení</w:t>
      </w:r>
      <w:proofErr w:type="spellEnd"/>
      <w:r w:rsidRPr="00E2238F">
        <w:rPr>
          <w:sz w:val="19"/>
          <w:szCs w:val="19"/>
        </w:rPr>
        <w:t xml:space="preserve"> </w:t>
      </w:r>
      <w:proofErr w:type="gramStart"/>
      <w:r w:rsidRPr="00E2238F">
        <w:rPr>
          <w:sz w:val="19"/>
          <w:szCs w:val="19"/>
        </w:rPr>
        <w:t>a</w:t>
      </w:r>
      <w:proofErr w:type="gram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odbornou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způsobilost</w:t>
      </w:r>
      <w:proofErr w:type="spellEnd"/>
      <w:r w:rsidRPr="00E2238F">
        <w:rPr>
          <w:sz w:val="19"/>
          <w:szCs w:val="19"/>
        </w:rPr>
        <w:t>.</w:t>
      </w:r>
    </w:p>
    <w:p w14:paraId="4448513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5.3. </w:t>
      </w:r>
      <w:proofErr w:type="spellStart"/>
      <w:r w:rsidRPr="00E2238F">
        <w:rPr>
          <w:sz w:val="19"/>
          <w:szCs w:val="19"/>
        </w:rPr>
        <w:t>Náklad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být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uložen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zajištěn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souladu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právními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technickými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požadavky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povahou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>.</w:t>
      </w:r>
    </w:p>
    <w:p w14:paraId="255F913B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5.4. Euro Nexus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splnění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dopravce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řidiče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kontrole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uložení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zajištění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nákladu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který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ukládají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>.</w:t>
      </w:r>
    </w:p>
    <w:p w14:paraId="5E53426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5.5. </w:t>
      </w:r>
      <w:proofErr w:type="spellStart"/>
      <w:r w:rsidRPr="00E2238F">
        <w:rPr>
          <w:sz w:val="19"/>
          <w:szCs w:val="19"/>
        </w:rPr>
        <w:t>Řidič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oprávněn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požadovat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odstranění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zjevně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nebezpečného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naložení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zajištění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nákladu</w:t>
      </w:r>
      <w:proofErr w:type="spellEnd"/>
      <w:r w:rsidRPr="00E2238F">
        <w:rPr>
          <w:sz w:val="19"/>
          <w:szCs w:val="19"/>
        </w:rPr>
        <w:t>.</w:t>
      </w:r>
    </w:p>
    <w:p w14:paraId="3B27253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5.6. </w:t>
      </w:r>
      <w:proofErr w:type="spellStart"/>
      <w:r w:rsidRPr="00E2238F">
        <w:rPr>
          <w:sz w:val="19"/>
          <w:szCs w:val="19"/>
        </w:rPr>
        <w:t>Překročení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největší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povolené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hmotnosti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vozidla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zatížení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náprav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technických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limitů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přípustné</w:t>
      </w:r>
      <w:proofErr w:type="spellEnd"/>
      <w:r w:rsidRPr="00E2238F">
        <w:rPr>
          <w:sz w:val="19"/>
          <w:szCs w:val="19"/>
        </w:rPr>
        <w:t xml:space="preserve"> ani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výslovný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pokyn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>.</w:t>
      </w:r>
    </w:p>
    <w:p w14:paraId="67CB6082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5.7. </w:t>
      </w:r>
      <w:proofErr w:type="spellStart"/>
      <w:r w:rsidRPr="00E2238F">
        <w:rPr>
          <w:sz w:val="19"/>
          <w:szCs w:val="19"/>
        </w:rPr>
        <w:t>Manipulace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pomocí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hydraulického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čela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vysokozdvižného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vozíku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zařízení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součástí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tehdy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byla</w:t>
      </w:r>
      <w:proofErr w:type="spellEnd"/>
      <w:r w:rsidRPr="00E2238F">
        <w:rPr>
          <w:sz w:val="19"/>
          <w:szCs w:val="19"/>
        </w:rPr>
        <w:t xml:space="preserve">-li </w:t>
      </w:r>
      <w:proofErr w:type="spellStart"/>
      <w:r w:rsidRPr="00E2238F">
        <w:rPr>
          <w:sz w:val="19"/>
          <w:szCs w:val="19"/>
        </w:rPr>
        <w:t>sjednána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jsou</w:t>
      </w:r>
      <w:proofErr w:type="spellEnd"/>
      <w:r w:rsidRPr="00E2238F">
        <w:rPr>
          <w:sz w:val="19"/>
          <w:szCs w:val="19"/>
        </w:rPr>
        <w:t xml:space="preserve">-li </w:t>
      </w:r>
      <w:proofErr w:type="spellStart"/>
      <w:r w:rsidRPr="00E2238F">
        <w:rPr>
          <w:sz w:val="19"/>
          <w:szCs w:val="19"/>
        </w:rPr>
        <w:t>splněny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podmínky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bezpečného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provedení</w:t>
      </w:r>
      <w:proofErr w:type="spellEnd"/>
      <w:r w:rsidRPr="00E2238F">
        <w:rPr>
          <w:sz w:val="19"/>
          <w:szCs w:val="19"/>
        </w:rPr>
        <w:t>.</w:t>
      </w:r>
    </w:p>
    <w:p w14:paraId="07597A95" w14:textId="52EB04C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5.8. V </w:t>
      </w:r>
      <w:proofErr w:type="spellStart"/>
      <w:r w:rsidRPr="00E2238F">
        <w:rPr>
          <w:sz w:val="19"/>
          <w:szCs w:val="19"/>
        </w:rPr>
        <w:t>případě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odmítnutí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nakládky</w:t>
      </w:r>
      <w:proofErr w:type="spellEnd"/>
      <w:r w:rsidRPr="00E2238F">
        <w:rPr>
          <w:sz w:val="19"/>
          <w:szCs w:val="19"/>
        </w:rPr>
        <w:t xml:space="preserve"> z </w:t>
      </w:r>
      <w:proofErr w:type="spellStart"/>
      <w:r w:rsidRPr="00E2238F">
        <w:rPr>
          <w:sz w:val="19"/>
          <w:szCs w:val="19"/>
        </w:rPr>
        <w:t>bezpečnostních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důvodů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bude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další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postup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dohodnut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objednatelem</w:t>
      </w:r>
      <w:proofErr w:type="spellEnd"/>
      <w:r w:rsidRPr="00E2238F">
        <w:rPr>
          <w:sz w:val="19"/>
          <w:szCs w:val="19"/>
        </w:rPr>
        <w:t xml:space="preserve">. </w:t>
      </w:r>
      <w:proofErr w:type="spellStart"/>
      <w:r w:rsidRPr="00E2238F">
        <w:rPr>
          <w:sz w:val="19"/>
          <w:szCs w:val="19"/>
        </w:rPr>
        <w:t>Náklady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porušením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účtovat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prokazatelné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přiměřené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výši</w:t>
      </w:r>
      <w:proofErr w:type="spellEnd"/>
      <w:r w:rsidRPr="00E2238F">
        <w:rPr>
          <w:sz w:val="19"/>
          <w:szCs w:val="19"/>
        </w:rPr>
        <w:t>.</w:t>
      </w:r>
    </w:p>
    <w:p w14:paraId="0EC06A9E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VI. PŘEPRAVA AUTOMOBILOVÝCH DÍLŮ A PRŮMYSLOVÝCH KOMPONENTŮ</w:t>
      </w:r>
    </w:p>
    <w:p w14:paraId="06C6F20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6.1. </w:t>
      </w:r>
      <w:proofErr w:type="spellStart"/>
      <w:r w:rsidRPr="00E2238F">
        <w:rPr>
          <w:sz w:val="19"/>
          <w:szCs w:val="19"/>
        </w:rPr>
        <w:t>Přeprava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automobilových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dílů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výrobních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komponentů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může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podléhat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zvláštním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požadavkům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zejména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čistotu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vozidla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způsob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manipulace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sledování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dodržení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časového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okna</w:t>
      </w:r>
      <w:proofErr w:type="spellEnd"/>
      <w:r w:rsidRPr="00E2238F">
        <w:rPr>
          <w:sz w:val="19"/>
          <w:szCs w:val="19"/>
        </w:rPr>
        <w:t>.</w:t>
      </w:r>
    </w:p>
    <w:p w14:paraId="193EC6F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6.2.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sdělit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>:</w:t>
      </w:r>
    </w:p>
    <w:p w14:paraId="18632B6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a) </w:t>
      </w:r>
      <w:proofErr w:type="spellStart"/>
      <w:r w:rsidRPr="00E2238F">
        <w:rPr>
          <w:sz w:val="19"/>
          <w:szCs w:val="19"/>
        </w:rPr>
        <w:t>přepravní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obaly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jejich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stohovatelnost</w:t>
      </w:r>
      <w:proofErr w:type="spellEnd"/>
      <w:r w:rsidRPr="00E2238F">
        <w:rPr>
          <w:sz w:val="19"/>
          <w:szCs w:val="19"/>
        </w:rPr>
        <w:t>;</w:t>
      </w:r>
    </w:p>
    <w:p w14:paraId="2F853625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b) </w:t>
      </w:r>
      <w:proofErr w:type="spellStart"/>
      <w:r w:rsidRPr="00E2238F">
        <w:rPr>
          <w:sz w:val="19"/>
          <w:szCs w:val="19"/>
        </w:rPr>
        <w:t>ochranu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vlhkostí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prachem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mechanickým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poškozením</w:t>
      </w:r>
      <w:proofErr w:type="spellEnd"/>
      <w:r w:rsidRPr="00E2238F">
        <w:rPr>
          <w:sz w:val="19"/>
          <w:szCs w:val="19"/>
        </w:rPr>
        <w:t>;</w:t>
      </w:r>
    </w:p>
    <w:p w14:paraId="247B073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c) </w:t>
      </w:r>
      <w:proofErr w:type="spellStart"/>
      <w:r w:rsidRPr="00E2238F">
        <w:rPr>
          <w:sz w:val="19"/>
          <w:szCs w:val="19"/>
        </w:rPr>
        <w:t>zákaz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překládky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jiným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nákladem</w:t>
      </w:r>
      <w:proofErr w:type="spellEnd"/>
      <w:r w:rsidRPr="00E2238F">
        <w:rPr>
          <w:sz w:val="19"/>
          <w:szCs w:val="19"/>
        </w:rPr>
        <w:t>;</w:t>
      </w:r>
    </w:p>
    <w:p w14:paraId="1ED09C0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d) </w:t>
      </w:r>
      <w:proofErr w:type="spellStart"/>
      <w:r w:rsidRPr="00E2238F">
        <w:rPr>
          <w:sz w:val="19"/>
          <w:szCs w:val="19"/>
        </w:rPr>
        <w:t>manipulaci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vratnými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obaly</w:t>
      </w:r>
      <w:proofErr w:type="spellEnd"/>
      <w:r w:rsidRPr="00E2238F">
        <w:rPr>
          <w:sz w:val="19"/>
          <w:szCs w:val="19"/>
        </w:rPr>
        <w:t>;</w:t>
      </w:r>
    </w:p>
    <w:p w14:paraId="43FEFFA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e) </w:t>
      </w:r>
      <w:proofErr w:type="spellStart"/>
      <w:r w:rsidRPr="00E2238F">
        <w:rPr>
          <w:sz w:val="19"/>
          <w:szCs w:val="19"/>
        </w:rPr>
        <w:t>evidenci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sériových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čísel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identifikaci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výrobních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šarží</w:t>
      </w:r>
      <w:proofErr w:type="spellEnd"/>
      <w:r w:rsidRPr="00E2238F">
        <w:rPr>
          <w:sz w:val="19"/>
          <w:szCs w:val="19"/>
        </w:rPr>
        <w:t>;</w:t>
      </w:r>
    </w:p>
    <w:p w14:paraId="28A2FEA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f) </w:t>
      </w:r>
      <w:proofErr w:type="spellStart"/>
      <w:r w:rsidRPr="00E2238F">
        <w:rPr>
          <w:sz w:val="19"/>
          <w:szCs w:val="19"/>
        </w:rPr>
        <w:t>dodržení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režimu</w:t>
      </w:r>
      <w:proofErr w:type="spellEnd"/>
      <w:r w:rsidRPr="00E2238F">
        <w:rPr>
          <w:sz w:val="19"/>
          <w:szCs w:val="19"/>
        </w:rPr>
        <w:t xml:space="preserve"> Just-in-Time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Just-in-Sequence.</w:t>
      </w:r>
    </w:p>
    <w:p w14:paraId="10101F6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6.3. </w:t>
      </w:r>
      <w:proofErr w:type="spellStart"/>
      <w:r w:rsidRPr="00E2238F">
        <w:rPr>
          <w:sz w:val="19"/>
          <w:szCs w:val="19"/>
        </w:rPr>
        <w:t>Požadavky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předchozího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odstavce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jsou</w:t>
      </w:r>
      <w:proofErr w:type="spellEnd"/>
      <w:r w:rsidRPr="00E2238F">
        <w:rPr>
          <w:sz w:val="19"/>
          <w:szCs w:val="19"/>
        </w:rPr>
        <w:t xml:space="preserve"> pro Euro Nexus </w:t>
      </w:r>
      <w:proofErr w:type="spellStart"/>
      <w:r w:rsidRPr="00E2238F">
        <w:rPr>
          <w:sz w:val="19"/>
          <w:szCs w:val="19"/>
        </w:rPr>
        <w:t>závazné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, v </w:t>
      </w:r>
      <w:proofErr w:type="spellStart"/>
      <w:r w:rsidRPr="00E2238F">
        <w:rPr>
          <w:sz w:val="19"/>
          <w:szCs w:val="19"/>
        </w:rPr>
        <w:t>jakém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výslovně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přijala</w:t>
      </w:r>
      <w:proofErr w:type="spellEnd"/>
      <w:r w:rsidRPr="00E2238F">
        <w:rPr>
          <w:sz w:val="19"/>
          <w:szCs w:val="19"/>
        </w:rPr>
        <w:t>.</w:t>
      </w:r>
    </w:p>
    <w:p w14:paraId="5591072F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6.4.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povinen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upozornit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citlivé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komponenty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elektronické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součástky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baterie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výrobky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vyžadující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zvláštní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</w:t>
      </w:r>
      <w:proofErr w:type="spellEnd"/>
      <w:r w:rsidRPr="00E2238F">
        <w:rPr>
          <w:sz w:val="19"/>
          <w:szCs w:val="19"/>
        </w:rPr>
        <w:t>.</w:t>
      </w:r>
    </w:p>
    <w:p w14:paraId="37CD7755" w14:textId="6B0E08DD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6.5. </w:t>
      </w:r>
      <w:proofErr w:type="spellStart"/>
      <w:r w:rsidRPr="00E2238F">
        <w:rPr>
          <w:sz w:val="19"/>
          <w:szCs w:val="19"/>
        </w:rPr>
        <w:t>Vratné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obaly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palety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speciální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konstrukce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evidují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vyměňují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základě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sjednaného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režimu</w:t>
      </w:r>
      <w:proofErr w:type="spellEnd"/>
      <w:r w:rsidR="00A54CE9" w:rsidRPr="00E2238F">
        <w:rPr>
          <w:sz w:val="19"/>
          <w:szCs w:val="19"/>
        </w:rPr>
        <w:t xml:space="preserve">, </w:t>
      </w:r>
      <w:proofErr w:type="spellStart"/>
      <w:r w:rsidR="00A54CE9" w:rsidRPr="00E2238F">
        <w:rPr>
          <w:sz w:val="19"/>
          <w:szCs w:val="19"/>
        </w:rPr>
        <w:t>který</w:t>
      </w:r>
      <w:proofErr w:type="spellEnd"/>
      <w:r w:rsidR="00A54CE9" w:rsidRPr="00E2238F">
        <w:rPr>
          <w:sz w:val="19"/>
          <w:szCs w:val="19"/>
        </w:rPr>
        <w:t xml:space="preserve"> je </w:t>
      </w:r>
      <w:proofErr w:type="spellStart"/>
      <w:r w:rsidR="00A54CE9" w:rsidRPr="00E2238F">
        <w:rPr>
          <w:sz w:val="19"/>
          <w:szCs w:val="19"/>
        </w:rPr>
        <w:t>uveden</w:t>
      </w:r>
      <w:proofErr w:type="spellEnd"/>
      <w:r w:rsidR="00A54CE9" w:rsidRPr="00E2238F">
        <w:rPr>
          <w:sz w:val="19"/>
          <w:szCs w:val="19"/>
        </w:rPr>
        <w:t xml:space="preserve"> v </w:t>
      </w:r>
      <w:proofErr w:type="spellStart"/>
      <w:r w:rsidR="00A54CE9" w:rsidRPr="00E2238F">
        <w:rPr>
          <w:sz w:val="19"/>
          <w:szCs w:val="19"/>
        </w:rPr>
        <w:t>objednávce</w:t>
      </w:r>
      <w:proofErr w:type="spellEnd"/>
      <w:r w:rsidR="00A54CE9" w:rsidRPr="00E2238F">
        <w:rPr>
          <w:sz w:val="19"/>
          <w:szCs w:val="19"/>
        </w:rPr>
        <w:t xml:space="preserve">. </w:t>
      </w:r>
      <w:proofErr w:type="spellStart"/>
      <w:r w:rsidR="00A54CE9" w:rsidRPr="00E2238F">
        <w:rPr>
          <w:sz w:val="19"/>
          <w:szCs w:val="19"/>
        </w:rPr>
        <w:t>Pojem</w:t>
      </w:r>
      <w:proofErr w:type="spellEnd"/>
      <w:r w:rsidR="00A54CE9" w:rsidRPr="00E2238F">
        <w:rPr>
          <w:sz w:val="19"/>
          <w:szCs w:val="19"/>
        </w:rPr>
        <w:t xml:space="preserve"> “Kein Tausch” a </w:t>
      </w:r>
      <w:proofErr w:type="spellStart"/>
      <w:r w:rsidR="00A54CE9" w:rsidRPr="00E2238F">
        <w:rPr>
          <w:sz w:val="19"/>
          <w:szCs w:val="19"/>
        </w:rPr>
        <w:t>podobná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slovní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spojení</w:t>
      </w:r>
      <w:proofErr w:type="spellEnd"/>
      <w:r w:rsidR="00A54CE9" w:rsidRPr="00E2238F">
        <w:rPr>
          <w:sz w:val="19"/>
          <w:szCs w:val="19"/>
        </w:rPr>
        <w:t xml:space="preserve">, </w:t>
      </w:r>
      <w:proofErr w:type="spellStart"/>
      <w:r w:rsidR="00A54CE9" w:rsidRPr="00E2238F">
        <w:rPr>
          <w:sz w:val="19"/>
          <w:szCs w:val="19"/>
        </w:rPr>
        <w:t>shodného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významu</w:t>
      </w:r>
      <w:proofErr w:type="spellEnd"/>
      <w:r w:rsidR="00A54CE9" w:rsidRPr="00E2238F">
        <w:rPr>
          <w:sz w:val="19"/>
          <w:szCs w:val="19"/>
        </w:rPr>
        <w:t xml:space="preserve">, </w:t>
      </w:r>
      <w:proofErr w:type="spellStart"/>
      <w:r w:rsidR="00A54CE9" w:rsidRPr="00E2238F">
        <w:rPr>
          <w:sz w:val="19"/>
          <w:szCs w:val="19"/>
        </w:rPr>
        <w:t>jsou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brána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jako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všechny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vratné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obaly</w:t>
      </w:r>
      <w:proofErr w:type="spellEnd"/>
      <w:r w:rsidR="00A54CE9" w:rsidRPr="00E2238F">
        <w:rPr>
          <w:sz w:val="19"/>
          <w:szCs w:val="19"/>
        </w:rPr>
        <w:t xml:space="preserve">, </w:t>
      </w:r>
      <w:proofErr w:type="spellStart"/>
      <w:r w:rsidR="00A54CE9" w:rsidRPr="00E2238F">
        <w:rPr>
          <w:sz w:val="19"/>
          <w:szCs w:val="19"/>
        </w:rPr>
        <w:t>palety</w:t>
      </w:r>
      <w:proofErr w:type="spellEnd"/>
      <w:r w:rsidR="00A54CE9" w:rsidRPr="00E2238F">
        <w:rPr>
          <w:sz w:val="19"/>
          <w:szCs w:val="19"/>
        </w:rPr>
        <w:t xml:space="preserve"> a </w:t>
      </w:r>
      <w:proofErr w:type="spellStart"/>
      <w:r w:rsidR="00A54CE9" w:rsidRPr="00E2238F">
        <w:rPr>
          <w:sz w:val="19"/>
          <w:szCs w:val="19"/>
        </w:rPr>
        <w:t>speciální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přepravní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konstrukce</w:t>
      </w:r>
      <w:proofErr w:type="spellEnd"/>
      <w:r w:rsidR="00A54CE9" w:rsidRPr="00E2238F">
        <w:rPr>
          <w:sz w:val="19"/>
          <w:szCs w:val="19"/>
        </w:rPr>
        <w:t xml:space="preserve"> bez </w:t>
      </w:r>
      <w:proofErr w:type="spellStart"/>
      <w:r w:rsidR="00A54CE9" w:rsidRPr="00E2238F">
        <w:rPr>
          <w:sz w:val="19"/>
          <w:szCs w:val="19"/>
        </w:rPr>
        <w:t>zpětného</w:t>
      </w:r>
      <w:proofErr w:type="spellEnd"/>
      <w:r w:rsidR="00A54CE9" w:rsidRPr="00E2238F">
        <w:rPr>
          <w:sz w:val="19"/>
          <w:szCs w:val="19"/>
        </w:rPr>
        <w:t xml:space="preserve"> </w:t>
      </w:r>
      <w:proofErr w:type="spellStart"/>
      <w:r w:rsidR="00A54CE9" w:rsidRPr="00E2238F">
        <w:rPr>
          <w:sz w:val="19"/>
          <w:szCs w:val="19"/>
        </w:rPr>
        <w:t>oběru</w:t>
      </w:r>
      <w:proofErr w:type="spellEnd"/>
      <w:r w:rsidR="00A54CE9" w:rsidRPr="00E2238F">
        <w:rPr>
          <w:sz w:val="19"/>
          <w:szCs w:val="19"/>
        </w:rPr>
        <w:t>.</w:t>
      </w:r>
    </w:p>
    <w:p w14:paraId="6067C8E0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6.6. </w:t>
      </w:r>
      <w:proofErr w:type="spellStart"/>
      <w:r w:rsidRPr="00E2238F">
        <w:rPr>
          <w:sz w:val="19"/>
          <w:szCs w:val="19"/>
        </w:rPr>
        <w:t>Smluvní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</w:t>
      </w:r>
      <w:proofErr w:type="spellEnd"/>
      <w:r w:rsidRPr="00E2238F">
        <w:rPr>
          <w:sz w:val="19"/>
          <w:szCs w:val="19"/>
        </w:rPr>
        <w:t xml:space="preserve"> za </w:t>
      </w:r>
      <w:proofErr w:type="spellStart"/>
      <w:r w:rsidRPr="00E2238F">
        <w:rPr>
          <w:sz w:val="19"/>
          <w:szCs w:val="19"/>
        </w:rPr>
        <w:t>zastavení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výrobní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linky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přerušení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výroby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ušlý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zisk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následné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hospodářské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ztráty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nevzniká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automaticky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samotným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sjednáním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termínu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dodání</w:t>
      </w:r>
      <w:proofErr w:type="spellEnd"/>
      <w:r w:rsidRPr="00E2238F">
        <w:rPr>
          <w:sz w:val="19"/>
          <w:szCs w:val="19"/>
        </w:rPr>
        <w:t xml:space="preserve">. </w:t>
      </w:r>
      <w:proofErr w:type="spellStart"/>
      <w:r w:rsidRPr="00E2238F">
        <w:rPr>
          <w:sz w:val="19"/>
          <w:szCs w:val="19"/>
        </w:rPr>
        <w:t>Případná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zvláštní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být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výslovně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sjednána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mezích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předpisů</w:t>
      </w:r>
      <w:proofErr w:type="spellEnd"/>
      <w:r w:rsidRPr="00E2238F">
        <w:rPr>
          <w:sz w:val="19"/>
          <w:szCs w:val="19"/>
        </w:rPr>
        <w:t>.</w:t>
      </w:r>
    </w:p>
    <w:p w14:paraId="089220C8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6.7.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dodání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přesně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určeném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časovém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okně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být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tento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požadavek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potvrzen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zahájením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>.</w:t>
      </w:r>
    </w:p>
    <w:p w14:paraId="69003F3E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49871C44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VII. EXPRESNÍ A ČASOVĚ KRITICKÉ PŘEPRAVY</w:t>
      </w:r>
    </w:p>
    <w:p w14:paraId="5F544860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7.1. </w:t>
      </w:r>
      <w:proofErr w:type="spellStart"/>
      <w:r w:rsidRPr="00E2238F">
        <w:rPr>
          <w:sz w:val="19"/>
          <w:szCs w:val="19"/>
        </w:rPr>
        <w:t>Expresní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přepravou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rozumí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přeprava</w:t>
      </w:r>
      <w:proofErr w:type="spellEnd"/>
      <w:r w:rsidRPr="00E2238F">
        <w:rPr>
          <w:sz w:val="19"/>
          <w:szCs w:val="19"/>
        </w:rPr>
        <w:t xml:space="preserve">, u </w:t>
      </w:r>
      <w:proofErr w:type="spellStart"/>
      <w:r w:rsidRPr="00E2238F">
        <w:rPr>
          <w:sz w:val="19"/>
          <w:szCs w:val="19"/>
        </w:rPr>
        <w:t>níž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byl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výslovně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sjednán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přednostní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individuální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organizace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zvláštní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časový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požadavek</w:t>
      </w:r>
      <w:proofErr w:type="spellEnd"/>
      <w:r w:rsidRPr="00E2238F">
        <w:rPr>
          <w:sz w:val="19"/>
          <w:szCs w:val="19"/>
        </w:rPr>
        <w:t>.</w:t>
      </w:r>
    </w:p>
    <w:p w14:paraId="3F69656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7.2. </w:t>
      </w:r>
      <w:proofErr w:type="spellStart"/>
      <w:r w:rsidRPr="00E2238F">
        <w:rPr>
          <w:sz w:val="19"/>
          <w:szCs w:val="19"/>
        </w:rPr>
        <w:t>Termíny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nakládky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vykládky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být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uvedeny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objednávce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potvrzeny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společností</w:t>
      </w:r>
      <w:proofErr w:type="spellEnd"/>
      <w:r w:rsidRPr="00E2238F">
        <w:rPr>
          <w:sz w:val="19"/>
          <w:szCs w:val="19"/>
        </w:rPr>
        <w:t xml:space="preserve"> Euro Nexus.</w:t>
      </w:r>
    </w:p>
    <w:p w14:paraId="496370FD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7.3.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bere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vědomí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že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dodržení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termínu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může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být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ovlivněno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dopravními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omezeními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počasím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bezpečnostními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kontrolami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dalšími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okolnostmi</w:t>
      </w:r>
      <w:proofErr w:type="spellEnd"/>
      <w:r w:rsidRPr="00E2238F">
        <w:rPr>
          <w:sz w:val="19"/>
          <w:szCs w:val="19"/>
        </w:rPr>
        <w:t>.</w:t>
      </w:r>
    </w:p>
    <w:p w14:paraId="06F2749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7.4. Euro Nexus </w:t>
      </w:r>
      <w:proofErr w:type="spellStart"/>
      <w:r w:rsidRPr="00E2238F">
        <w:rPr>
          <w:sz w:val="19"/>
          <w:szCs w:val="19"/>
        </w:rPr>
        <w:t>není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dodržet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pokyn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jehož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splnění</w:t>
      </w:r>
      <w:proofErr w:type="spellEnd"/>
      <w:r w:rsidRPr="00E2238F">
        <w:rPr>
          <w:sz w:val="19"/>
          <w:szCs w:val="19"/>
        </w:rPr>
        <w:t xml:space="preserve"> by </w:t>
      </w:r>
      <w:proofErr w:type="spellStart"/>
      <w:r w:rsidRPr="00E2238F">
        <w:rPr>
          <w:sz w:val="19"/>
          <w:szCs w:val="19"/>
        </w:rPr>
        <w:t>vyžadovalo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porušení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ohrožení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bezpečnosti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silničního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provozu</w:t>
      </w:r>
      <w:proofErr w:type="spellEnd"/>
      <w:r w:rsidRPr="00E2238F">
        <w:rPr>
          <w:sz w:val="19"/>
          <w:szCs w:val="19"/>
        </w:rPr>
        <w:t>.</w:t>
      </w:r>
    </w:p>
    <w:p w14:paraId="7EF87E36" w14:textId="77777777" w:rsidR="00E2238F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7.5.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vznikne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okolnost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ohrožující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sjednaný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termín</w:t>
      </w:r>
      <w:proofErr w:type="spellEnd"/>
      <w:r w:rsidRPr="00E2238F">
        <w:rPr>
          <w:sz w:val="19"/>
          <w:szCs w:val="19"/>
        </w:rPr>
        <w:t xml:space="preserve">, Euro Nexus </w:t>
      </w:r>
      <w:proofErr w:type="spellStart"/>
      <w:r w:rsidRPr="00E2238F">
        <w:rPr>
          <w:sz w:val="19"/>
          <w:szCs w:val="19"/>
        </w:rPr>
        <w:t>informuje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 xml:space="preserve"> bez </w:t>
      </w:r>
      <w:proofErr w:type="spellStart"/>
      <w:r w:rsidRPr="00E2238F">
        <w:rPr>
          <w:sz w:val="19"/>
          <w:szCs w:val="19"/>
        </w:rPr>
        <w:t>zbytečného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odkladu</w:t>
      </w:r>
      <w:proofErr w:type="spellEnd"/>
      <w:r w:rsidRPr="00E2238F">
        <w:rPr>
          <w:sz w:val="19"/>
          <w:szCs w:val="19"/>
        </w:rPr>
        <w:t>.</w:t>
      </w:r>
    </w:p>
    <w:p w14:paraId="22ECBB6C" w14:textId="0F31A7A1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7.6. </w:t>
      </w:r>
      <w:proofErr w:type="spellStart"/>
      <w:r w:rsidRPr="00E2238F">
        <w:rPr>
          <w:sz w:val="19"/>
          <w:szCs w:val="19"/>
        </w:rPr>
        <w:t>Odpovědnost</w:t>
      </w:r>
      <w:proofErr w:type="spellEnd"/>
      <w:r w:rsidRPr="00E2238F">
        <w:rPr>
          <w:sz w:val="19"/>
          <w:szCs w:val="19"/>
        </w:rPr>
        <w:t xml:space="preserve"> za </w:t>
      </w:r>
      <w:proofErr w:type="spellStart"/>
      <w:r w:rsidRPr="00E2238F">
        <w:rPr>
          <w:sz w:val="19"/>
          <w:szCs w:val="19"/>
        </w:rPr>
        <w:t>prodlení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řídí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režimem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případnými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platnými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individuálními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ujednáními</w:t>
      </w:r>
      <w:proofErr w:type="spellEnd"/>
      <w:r w:rsidRPr="00E2238F">
        <w:rPr>
          <w:sz w:val="19"/>
          <w:szCs w:val="19"/>
        </w:rPr>
        <w:t>.</w:t>
      </w:r>
    </w:p>
    <w:p w14:paraId="6EDEF09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79C04F81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VIII. PŘEPRAVA NEBEZPEČNÝCH VĚCÍ ADR</w:t>
      </w:r>
    </w:p>
    <w:p w14:paraId="61B6FDE0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8.1. Euro Nexus </w:t>
      </w:r>
      <w:proofErr w:type="spellStart"/>
      <w:r w:rsidRPr="00E2238F">
        <w:rPr>
          <w:sz w:val="19"/>
          <w:szCs w:val="19"/>
        </w:rPr>
        <w:t>přijímá</w:t>
      </w:r>
      <w:proofErr w:type="spellEnd"/>
      <w:r w:rsidRPr="00E2238F">
        <w:rPr>
          <w:sz w:val="19"/>
          <w:szCs w:val="19"/>
        </w:rPr>
        <w:t xml:space="preserve"> k </w:t>
      </w:r>
      <w:proofErr w:type="spellStart"/>
      <w:r w:rsidRPr="00E2238F">
        <w:rPr>
          <w:sz w:val="19"/>
          <w:szCs w:val="19"/>
        </w:rPr>
        <w:t>přepravě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nebezpečné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věci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jejichž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přeprava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právně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přípustná</w:t>
      </w:r>
      <w:proofErr w:type="spellEnd"/>
      <w:r w:rsidRPr="00E2238F">
        <w:rPr>
          <w:sz w:val="19"/>
          <w:szCs w:val="19"/>
        </w:rPr>
        <w:t xml:space="preserve"> a pro </w:t>
      </w:r>
      <w:proofErr w:type="spellStart"/>
      <w:r w:rsidRPr="00E2238F">
        <w:rPr>
          <w:sz w:val="19"/>
          <w:szCs w:val="19"/>
        </w:rPr>
        <w:t>které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jsou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splněny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vozidlo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řidiče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vybavení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způsob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>.</w:t>
      </w:r>
    </w:p>
    <w:p w14:paraId="44365783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8.2. </w:t>
      </w:r>
      <w:proofErr w:type="spellStart"/>
      <w:r w:rsidRPr="00E2238F">
        <w:rPr>
          <w:sz w:val="19"/>
          <w:szCs w:val="19"/>
        </w:rPr>
        <w:t>Každá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přeprava</w:t>
      </w:r>
      <w:proofErr w:type="spellEnd"/>
      <w:r w:rsidRPr="00E2238F">
        <w:rPr>
          <w:sz w:val="19"/>
          <w:szCs w:val="19"/>
        </w:rPr>
        <w:t xml:space="preserve"> ADR </w:t>
      </w:r>
      <w:proofErr w:type="spellStart"/>
      <w:r w:rsidRPr="00E2238F">
        <w:rPr>
          <w:sz w:val="19"/>
          <w:szCs w:val="19"/>
        </w:rPr>
        <w:t>podléhá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předchozímu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posouzení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výslovnému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potvrzení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společností</w:t>
      </w:r>
      <w:proofErr w:type="spellEnd"/>
      <w:r w:rsidRPr="00E2238F">
        <w:rPr>
          <w:sz w:val="19"/>
          <w:szCs w:val="19"/>
        </w:rPr>
        <w:t xml:space="preserve"> Euro Nexus.</w:t>
      </w:r>
    </w:p>
    <w:p w14:paraId="73C80DF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8.3.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přijetím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poskytnout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zejména</w:t>
      </w:r>
      <w:proofErr w:type="spellEnd"/>
      <w:r w:rsidRPr="00E2238F">
        <w:rPr>
          <w:sz w:val="19"/>
          <w:szCs w:val="19"/>
        </w:rPr>
        <w:t>:</w:t>
      </w:r>
    </w:p>
    <w:p w14:paraId="5CCC7A3F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a) UN </w:t>
      </w:r>
      <w:proofErr w:type="spellStart"/>
      <w:r w:rsidRPr="00E2238F">
        <w:rPr>
          <w:sz w:val="19"/>
          <w:szCs w:val="19"/>
        </w:rPr>
        <w:t>číslo</w:t>
      </w:r>
      <w:proofErr w:type="spellEnd"/>
      <w:r w:rsidRPr="00E2238F">
        <w:rPr>
          <w:sz w:val="19"/>
          <w:szCs w:val="19"/>
        </w:rPr>
        <w:t xml:space="preserve"> </w:t>
      </w:r>
      <w:proofErr w:type="gramStart"/>
      <w:r w:rsidRPr="00E2238F">
        <w:rPr>
          <w:sz w:val="19"/>
          <w:szCs w:val="19"/>
        </w:rPr>
        <w:t>a</w:t>
      </w:r>
      <w:proofErr w:type="gram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oficiální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pojmenování</w:t>
      </w:r>
      <w:proofErr w:type="spellEnd"/>
      <w:r w:rsidRPr="00E2238F">
        <w:rPr>
          <w:sz w:val="19"/>
          <w:szCs w:val="19"/>
        </w:rPr>
        <w:t xml:space="preserve"> pro </w:t>
      </w:r>
      <w:proofErr w:type="spellStart"/>
      <w:r w:rsidRPr="00E2238F">
        <w:rPr>
          <w:sz w:val="19"/>
          <w:szCs w:val="19"/>
        </w:rPr>
        <w:t>přepravu</w:t>
      </w:r>
      <w:proofErr w:type="spellEnd"/>
      <w:r w:rsidRPr="00E2238F">
        <w:rPr>
          <w:sz w:val="19"/>
          <w:szCs w:val="19"/>
        </w:rPr>
        <w:t>;</w:t>
      </w:r>
    </w:p>
    <w:p w14:paraId="2B7AA1AC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b) </w:t>
      </w:r>
      <w:proofErr w:type="spellStart"/>
      <w:r w:rsidRPr="00E2238F">
        <w:rPr>
          <w:sz w:val="19"/>
          <w:szCs w:val="19"/>
        </w:rPr>
        <w:t>třídu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nebezpečnosti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případná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vedlejší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nebezpečí</w:t>
      </w:r>
      <w:proofErr w:type="spellEnd"/>
      <w:r w:rsidRPr="00E2238F">
        <w:rPr>
          <w:sz w:val="19"/>
          <w:szCs w:val="19"/>
        </w:rPr>
        <w:t>;</w:t>
      </w:r>
    </w:p>
    <w:p w14:paraId="1A9914B6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c) </w:t>
      </w:r>
      <w:proofErr w:type="spellStart"/>
      <w:r w:rsidRPr="00E2238F">
        <w:rPr>
          <w:sz w:val="19"/>
          <w:szCs w:val="19"/>
          <w:lang w:val="de-DE"/>
        </w:rPr>
        <w:t>obalovou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skupinu</w:t>
      </w:r>
      <w:proofErr w:type="spellEnd"/>
      <w:r w:rsidRPr="00E2238F">
        <w:rPr>
          <w:sz w:val="19"/>
          <w:szCs w:val="19"/>
          <w:lang w:val="de-DE"/>
        </w:rPr>
        <w:t xml:space="preserve">, je-li </w:t>
      </w:r>
      <w:proofErr w:type="spellStart"/>
      <w:r w:rsidRPr="00E2238F">
        <w:rPr>
          <w:sz w:val="19"/>
          <w:szCs w:val="19"/>
          <w:lang w:val="de-DE"/>
        </w:rPr>
        <w:t>přidělena</w:t>
      </w:r>
      <w:proofErr w:type="spellEnd"/>
      <w:r w:rsidRPr="00E2238F">
        <w:rPr>
          <w:sz w:val="19"/>
          <w:szCs w:val="19"/>
          <w:lang w:val="de-DE"/>
        </w:rPr>
        <w:t>;</w:t>
      </w:r>
    </w:p>
    <w:p w14:paraId="7DBC39B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d) </w:t>
      </w:r>
      <w:proofErr w:type="spellStart"/>
      <w:r w:rsidRPr="00E2238F">
        <w:rPr>
          <w:sz w:val="19"/>
          <w:szCs w:val="19"/>
        </w:rPr>
        <w:t>počet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druh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kusů</w:t>
      </w:r>
      <w:proofErr w:type="spellEnd"/>
      <w:r w:rsidRPr="00E2238F">
        <w:rPr>
          <w:sz w:val="19"/>
          <w:szCs w:val="19"/>
        </w:rPr>
        <w:t>;</w:t>
      </w:r>
    </w:p>
    <w:p w14:paraId="38FE489E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e) </w:t>
      </w:r>
      <w:proofErr w:type="spellStart"/>
      <w:r w:rsidRPr="00E2238F">
        <w:rPr>
          <w:sz w:val="19"/>
          <w:szCs w:val="19"/>
        </w:rPr>
        <w:t>celkové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množství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množství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rozhodné</w:t>
      </w:r>
      <w:proofErr w:type="spellEnd"/>
      <w:r w:rsidRPr="00E2238F">
        <w:rPr>
          <w:sz w:val="19"/>
          <w:szCs w:val="19"/>
        </w:rPr>
        <w:t xml:space="preserve"> pro </w:t>
      </w:r>
      <w:proofErr w:type="spellStart"/>
      <w:r w:rsidRPr="00E2238F">
        <w:rPr>
          <w:sz w:val="19"/>
          <w:szCs w:val="19"/>
        </w:rPr>
        <w:t>příslušný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</w:t>
      </w:r>
      <w:proofErr w:type="spellEnd"/>
      <w:r w:rsidRPr="00E2238F">
        <w:rPr>
          <w:sz w:val="19"/>
          <w:szCs w:val="19"/>
        </w:rPr>
        <w:t xml:space="preserve"> ADR;</w:t>
      </w:r>
    </w:p>
    <w:p w14:paraId="0E349F0E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f) </w:t>
      </w:r>
      <w:proofErr w:type="spellStart"/>
      <w:r w:rsidRPr="00E2238F">
        <w:rPr>
          <w:sz w:val="19"/>
          <w:szCs w:val="19"/>
        </w:rPr>
        <w:t>případná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zvláštní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ustanovení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omezení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požadavky</w:t>
      </w:r>
      <w:proofErr w:type="spellEnd"/>
      <w:r w:rsidRPr="00E2238F">
        <w:rPr>
          <w:sz w:val="19"/>
          <w:szCs w:val="19"/>
        </w:rPr>
        <w:t>;</w:t>
      </w:r>
    </w:p>
    <w:p w14:paraId="13C6A4C5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g) </w:t>
      </w:r>
      <w:proofErr w:type="spellStart"/>
      <w:r w:rsidRPr="00E2238F">
        <w:rPr>
          <w:sz w:val="19"/>
          <w:szCs w:val="19"/>
        </w:rPr>
        <w:t>informace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potřebné</w:t>
      </w:r>
      <w:proofErr w:type="spellEnd"/>
      <w:r w:rsidRPr="00E2238F">
        <w:rPr>
          <w:sz w:val="19"/>
          <w:szCs w:val="19"/>
        </w:rPr>
        <w:t xml:space="preserve"> k </w:t>
      </w:r>
      <w:proofErr w:type="spellStart"/>
      <w:r w:rsidRPr="00E2238F">
        <w:rPr>
          <w:sz w:val="19"/>
          <w:szCs w:val="19"/>
        </w:rPr>
        <w:t>posouzení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nakládky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případných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omezení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trasy</w:t>
      </w:r>
      <w:proofErr w:type="spellEnd"/>
      <w:r w:rsidRPr="00E2238F">
        <w:rPr>
          <w:sz w:val="19"/>
          <w:szCs w:val="19"/>
        </w:rPr>
        <w:t>.</w:t>
      </w:r>
    </w:p>
    <w:p w14:paraId="46ABD463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8.4. </w:t>
      </w:r>
      <w:proofErr w:type="spellStart"/>
      <w:r w:rsidRPr="00E2238F">
        <w:rPr>
          <w:sz w:val="19"/>
          <w:szCs w:val="19"/>
        </w:rPr>
        <w:t>Odesílatel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dopravce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příjemce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balič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nakládce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další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účastníci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plní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povinnosti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které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ukládá</w:t>
      </w:r>
      <w:proofErr w:type="spellEnd"/>
      <w:r w:rsidRPr="00E2238F">
        <w:rPr>
          <w:sz w:val="19"/>
          <w:szCs w:val="19"/>
        </w:rPr>
        <w:t xml:space="preserve"> ADR a </w:t>
      </w:r>
      <w:proofErr w:type="spellStart"/>
      <w:r w:rsidRPr="00E2238F">
        <w:rPr>
          <w:sz w:val="19"/>
          <w:szCs w:val="19"/>
        </w:rPr>
        <w:t>příslušné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vnitrostátní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 xml:space="preserve">. </w:t>
      </w:r>
      <w:proofErr w:type="spellStart"/>
      <w:r w:rsidRPr="00E2238F">
        <w:rPr>
          <w:sz w:val="19"/>
          <w:szCs w:val="19"/>
        </w:rPr>
        <w:t>Smluvní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ujednání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nemůže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tyto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zákonné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vyloučit</w:t>
      </w:r>
      <w:proofErr w:type="spellEnd"/>
      <w:r w:rsidRPr="00E2238F">
        <w:rPr>
          <w:sz w:val="19"/>
          <w:szCs w:val="19"/>
        </w:rPr>
        <w:t>.</w:t>
      </w:r>
    </w:p>
    <w:p w14:paraId="48FFA3FE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8.5.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, aby </w:t>
      </w:r>
      <w:proofErr w:type="spellStart"/>
      <w:r w:rsidRPr="00E2238F">
        <w:rPr>
          <w:sz w:val="19"/>
          <w:szCs w:val="19"/>
        </w:rPr>
        <w:t>odesílatel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splnil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týkající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klasifikace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balení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označení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dokumentace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nebezpečných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věcí</w:t>
      </w:r>
      <w:proofErr w:type="spellEnd"/>
      <w:r w:rsidRPr="00E2238F">
        <w:rPr>
          <w:sz w:val="19"/>
          <w:szCs w:val="19"/>
        </w:rPr>
        <w:t>.</w:t>
      </w:r>
    </w:p>
    <w:p w14:paraId="124332CC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8.6. Euro Nexus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dopravce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včetně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odpovídajícího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vybavení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vozidla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kvalifikace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řidiče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dalších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požadavků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konkrétního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>.</w:t>
      </w:r>
    </w:p>
    <w:p w14:paraId="370088B0" w14:textId="3D29D94D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8.7. </w:t>
      </w:r>
      <w:proofErr w:type="spellStart"/>
      <w:r w:rsidRPr="00E2238F">
        <w:rPr>
          <w:sz w:val="19"/>
          <w:szCs w:val="19"/>
        </w:rPr>
        <w:t>Přeprava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nebezpečných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věcí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kusech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uskutečňuje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pouze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schváleném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společností</w:t>
      </w:r>
      <w:proofErr w:type="spellEnd"/>
      <w:r w:rsidRPr="00E2238F">
        <w:rPr>
          <w:sz w:val="19"/>
          <w:szCs w:val="19"/>
        </w:rPr>
        <w:t xml:space="preserve"> Euro Nexus.</w:t>
      </w:r>
    </w:p>
    <w:p w14:paraId="2A8893D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8.8.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poskytne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nesprávné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neúplné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údaje</w:t>
      </w:r>
      <w:proofErr w:type="spellEnd"/>
      <w:r w:rsidRPr="00E2238F">
        <w:rPr>
          <w:sz w:val="19"/>
          <w:szCs w:val="19"/>
        </w:rPr>
        <w:t xml:space="preserve">, Euro Nexus je </w:t>
      </w:r>
      <w:proofErr w:type="spellStart"/>
      <w:r w:rsidRPr="00E2238F">
        <w:rPr>
          <w:sz w:val="19"/>
          <w:szCs w:val="19"/>
        </w:rPr>
        <w:t>oprávněna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odmítnout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přerušit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požadovat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náhradu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prokazatelných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nákladů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škody</w:t>
      </w:r>
      <w:proofErr w:type="spellEnd"/>
      <w:r w:rsidRPr="00E2238F">
        <w:rPr>
          <w:sz w:val="19"/>
          <w:szCs w:val="19"/>
        </w:rPr>
        <w:t xml:space="preserve">, za </w:t>
      </w:r>
      <w:proofErr w:type="spellStart"/>
      <w:r w:rsidRPr="00E2238F">
        <w:rPr>
          <w:sz w:val="19"/>
          <w:szCs w:val="19"/>
        </w:rPr>
        <w:t>které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odpovídá</w:t>
      </w:r>
      <w:proofErr w:type="spellEnd"/>
      <w:r w:rsidRPr="00E2238F">
        <w:rPr>
          <w:sz w:val="19"/>
          <w:szCs w:val="19"/>
        </w:rPr>
        <w:t>.</w:t>
      </w:r>
    </w:p>
    <w:p w14:paraId="549C7905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8.9.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povinen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bezodkladně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upozornit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změnu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klasifikace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množství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bezpečnostně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významných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údajů</w:t>
      </w:r>
      <w:proofErr w:type="spellEnd"/>
      <w:r w:rsidRPr="00E2238F">
        <w:rPr>
          <w:sz w:val="19"/>
          <w:szCs w:val="19"/>
        </w:rPr>
        <w:t>.</w:t>
      </w:r>
    </w:p>
    <w:p w14:paraId="11DB8D7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8.10.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mimořádné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události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jsou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účastníci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postupovat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bezpečnostních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předpisů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pokynů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oprávněných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orgánů</w:t>
      </w:r>
      <w:proofErr w:type="spellEnd"/>
      <w:r w:rsidRPr="00E2238F">
        <w:rPr>
          <w:sz w:val="19"/>
          <w:szCs w:val="19"/>
        </w:rPr>
        <w:t>.</w:t>
      </w:r>
    </w:p>
    <w:p w14:paraId="2ECE96C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8.11. </w:t>
      </w:r>
      <w:proofErr w:type="spellStart"/>
      <w:r w:rsidRPr="00E2238F">
        <w:rPr>
          <w:sz w:val="19"/>
          <w:szCs w:val="19"/>
        </w:rPr>
        <w:t>Přeprava</w:t>
      </w:r>
      <w:proofErr w:type="spellEnd"/>
      <w:r w:rsidRPr="00E2238F">
        <w:rPr>
          <w:sz w:val="19"/>
          <w:szCs w:val="19"/>
        </w:rPr>
        <w:t xml:space="preserve"> ADR se </w:t>
      </w:r>
      <w:proofErr w:type="spellStart"/>
      <w:r w:rsidRPr="00E2238F">
        <w:rPr>
          <w:sz w:val="19"/>
          <w:szCs w:val="19"/>
        </w:rPr>
        <w:t>neprovádí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nejsou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splněny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všechny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použitelné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bezpečnostní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právní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požadavky</w:t>
      </w:r>
      <w:proofErr w:type="spellEnd"/>
      <w:r w:rsidRPr="00E2238F">
        <w:rPr>
          <w:sz w:val="19"/>
          <w:szCs w:val="19"/>
        </w:rPr>
        <w:t>.</w:t>
      </w:r>
    </w:p>
    <w:p w14:paraId="467AF888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769D41A2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IX. PŘEPRAVNÍ DOKUMENTACE</w:t>
      </w:r>
    </w:p>
    <w:p w14:paraId="09EBE7F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9.1.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všech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dokladů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potřebných</w:t>
      </w:r>
      <w:proofErr w:type="spellEnd"/>
      <w:r w:rsidRPr="00E2238F">
        <w:rPr>
          <w:sz w:val="19"/>
          <w:szCs w:val="19"/>
        </w:rPr>
        <w:t xml:space="preserve"> k </w:t>
      </w:r>
      <w:proofErr w:type="spellStart"/>
      <w:r w:rsidRPr="00E2238F">
        <w:rPr>
          <w:sz w:val="19"/>
          <w:szCs w:val="19"/>
        </w:rPr>
        <w:t>řádnému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provedení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>.</w:t>
      </w:r>
    </w:p>
    <w:p w14:paraId="3A2E381C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9.2.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povahy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jedná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zejména</w:t>
      </w:r>
      <w:proofErr w:type="spellEnd"/>
      <w:r w:rsidRPr="00E2238F">
        <w:rPr>
          <w:sz w:val="19"/>
          <w:szCs w:val="19"/>
        </w:rPr>
        <w:t xml:space="preserve"> o </w:t>
      </w:r>
      <w:proofErr w:type="spellStart"/>
      <w:r w:rsidRPr="00E2238F">
        <w:rPr>
          <w:sz w:val="19"/>
          <w:szCs w:val="19"/>
        </w:rPr>
        <w:t>nákladní</w:t>
      </w:r>
      <w:proofErr w:type="spellEnd"/>
      <w:r w:rsidRPr="00E2238F">
        <w:rPr>
          <w:sz w:val="19"/>
          <w:szCs w:val="19"/>
        </w:rPr>
        <w:t xml:space="preserve"> list CMR, </w:t>
      </w:r>
      <w:proofErr w:type="spellStart"/>
      <w:r w:rsidRPr="00E2238F">
        <w:rPr>
          <w:sz w:val="19"/>
          <w:szCs w:val="19"/>
        </w:rPr>
        <w:t>dodací</w:t>
      </w:r>
      <w:proofErr w:type="spellEnd"/>
      <w:r w:rsidRPr="00E2238F">
        <w:rPr>
          <w:sz w:val="19"/>
          <w:szCs w:val="19"/>
        </w:rPr>
        <w:t xml:space="preserve"> list, </w:t>
      </w:r>
      <w:proofErr w:type="spellStart"/>
      <w:r w:rsidRPr="00E2238F">
        <w:rPr>
          <w:sz w:val="19"/>
          <w:szCs w:val="19"/>
        </w:rPr>
        <w:t>balicí</w:t>
      </w:r>
      <w:proofErr w:type="spellEnd"/>
      <w:r w:rsidRPr="00E2238F">
        <w:rPr>
          <w:sz w:val="19"/>
          <w:szCs w:val="19"/>
        </w:rPr>
        <w:t xml:space="preserve"> list, </w:t>
      </w:r>
      <w:proofErr w:type="spellStart"/>
      <w:r w:rsidRPr="00E2238F">
        <w:rPr>
          <w:sz w:val="19"/>
          <w:szCs w:val="19"/>
        </w:rPr>
        <w:t>dokumentaci</w:t>
      </w:r>
      <w:proofErr w:type="spellEnd"/>
      <w:r w:rsidRPr="00E2238F">
        <w:rPr>
          <w:sz w:val="19"/>
          <w:szCs w:val="19"/>
        </w:rPr>
        <w:t xml:space="preserve"> ADR, </w:t>
      </w:r>
      <w:proofErr w:type="spellStart"/>
      <w:r w:rsidRPr="00E2238F">
        <w:rPr>
          <w:sz w:val="19"/>
          <w:szCs w:val="19"/>
        </w:rPr>
        <w:t>celní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dokumentaci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další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požadované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doklady</w:t>
      </w:r>
      <w:proofErr w:type="spellEnd"/>
      <w:r w:rsidRPr="00E2238F">
        <w:rPr>
          <w:sz w:val="19"/>
          <w:szCs w:val="19"/>
        </w:rPr>
        <w:t>.</w:t>
      </w:r>
    </w:p>
    <w:p w14:paraId="1A2B540E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9.3.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odpovídá</w:t>
      </w:r>
      <w:proofErr w:type="spellEnd"/>
      <w:r w:rsidRPr="00E2238F">
        <w:rPr>
          <w:sz w:val="19"/>
          <w:szCs w:val="19"/>
        </w:rPr>
        <w:t xml:space="preserve"> za </w:t>
      </w:r>
      <w:proofErr w:type="spellStart"/>
      <w:r w:rsidRPr="00E2238F">
        <w:rPr>
          <w:sz w:val="19"/>
          <w:szCs w:val="19"/>
        </w:rPr>
        <w:t>správnost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údajů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dokumentech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které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poskytuje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jejichž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vyhotovení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jeho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povinností</w:t>
      </w:r>
      <w:proofErr w:type="spellEnd"/>
      <w:r w:rsidRPr="00E2238F">
        <w:rPr>
          <w:sz w:val="19"/>
          <w:szCs w:val="19"/>
        </w:rPr>
        <w:t>.</w:t>
      </w:r>
    </w:p>
    <w:p w14:paraId="0B445450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9.4. Euro Nexus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potvrzení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převzetí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předání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odpovídajícím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skutečnému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průběhu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>.</w:t>
      </w:r>
    </w:p>
    <w:p w14:paraId="57632F8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9.5. </w:t>
      </w:r>
      <w:proofErr w:type="spellStart"/>
      <w:r w:rsidRPr="00E2238F">
        <w:rPr>
          <w:sz w:val="19"/>
          <w:szCs w:val="19"/>
        </w:rPr>
        <w:t>Elektronické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dokumenty</w:t>
      </w:r>
      <w:proofErr w:type="spellEnd"/>
      <w:r w:rsidRPr="00E2238F">
        <w:rPr>
          <w:sz w:val="19"/>
          <w:szCs w:val="19"/>
        </w:rPr>
        <w:t xml:space="preserve"> </w:t>
      </w:r>
      <w:proofErr w:type="gramStart"/>
      <w:r w:rsidRPr="00E2238F">
        <w:rPr>
          <w:sz w:val="19"/>
          <w:szCs w:val="19"/>
        </w:rPr>
        <w:t>a</w:t>
      </w:r>
      <w:proofErr w:type="gram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elektronické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potvrzení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doručení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používat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to </w:t>
      </w:r>
      <w:proofErr w:type="spellStart"/>
      <w:r w:rsidRPr="00E2238F">
        <w:rPr>
          <w:sz w:val="19"/>
          <w:szCs w:val="19"/>
        </w:rPr>
        <w:t>umožňují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smluvní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dohoda</w:t>
      </w:r>
      <w:proofErr w:type="spellEnd"/>
      <w:r w:rsidRPr="00E2238F">
        <w:rPr>
          <w:sz w:val="19"/>
          <w:szCs w:val="19"/>
        </w:rPr>
        <w:t>.</w:t>
      </w:r>
    </w:p>
    <w:p w14:paraId="1322CC79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9.6.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příjemce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odmítne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potvrdit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doručení</w:t>
      </w:r>
      <w:proofErr w:type="spellEnd"/>
      <w:r w:rsidRPr="00E2238F">
        <w:rPr>
          <w:sz w:val="19"/>
          <w:szCs w:val="19"/>
        </w:rPr>
        <w:t xml:space="preserve">, Euro Nexus </w:t>
      </w:r>
      <w:proofErr w:type="spellStart"/>
      <w:r w:rsidRPr="00E2238F">
        <w:rPr>
          <w:sz w:val="19"/>
          <w:szCs w:val="19"/>
        </w:rPr>
        <w:t>tuto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skutečnost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zaznamená</w:t>
      </w:r>
      <w:proofErr w:type="spellEnd"/>
      <w:r w:rsidRPr="00E2238F">
        <w:rPr>
          <w:sz w:val="19"/>
          <w:szCs w:val="19"/>
        </w:rPr>
        <w:t xml:space="preserve"> </w:t>
      </w:r>
      <w:proofErr w:type="gramStart"/>
      <w:r w:rsidRPr="00E2238F">
        <w:rPr>
          <w:sz w:val="19"/>
          <w:szCs w:val="19"/>
        </w:rPr>
        <w:t>a</w:t>
      </w:r>
      <w:proofErr w:type="gram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informuje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>.</w:t>
      </w:r>
    </w:p>
    <w:p w14:paraId="390AF88D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74EE14B5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X. PŘEPRAVNÉ A PLATEBNÍ PODMÍNKY</w:t>
      </w:r>
    </w:p>
    <w:p w14:paraId="6C9D5BA3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10.1. Cena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sjednává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individuálně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potvrzené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objednávce</w:t>
      </w:r>
      <w:proofErr w:type="spellEnd"/>
      <w:r w:rsidRPr="00E2238F">
        <w:rPr>
          <w:sz w:val="19"/>
          <w:szCs w:val="19"/>
        </w:rPr>
        <w:t>.</w:t>
      </w:r>
    </w:p>
    <w:p w14:paraId="6BD16E0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10.2. </w:t>
      </w:r>
      <w:proofErr w:type="spellStart"/>
      <w:r w:rsidRPr="00E2238F">
        <w:rPr>
          <w:sz w:val="19"/>
          <w:szCs w:val="19"/>
        </w:rPr>
        <w:t>Není</w:t>
      </w:r>
      <w:proofErr w:type="spellEnd"/>
      <w:r w:rsidRPr="00E2238F">
        <w:rPr>
          <w:sz w:val="19"/>
          <w:szCs w:val="19"/>
        </w:rPr>
        <w:t xml:space="preserve">-li </w:t>
      </w:r>
      <w:proofErr w:type="spellStart"/>
      <w:r w:rsidRPr="00E2238F">
        <w:rPr>
          <w:sz w:val="19"/>
          <w:szCs w:val="19"/>
        </w:rPr>
        <w:t>uvedeno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jinak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sjednaná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cena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nezahrnuje</w:t>
      </w:r>
      <w:proofErr w:type="spellEnd"/>
      <w:r w:rsidRPr="00E2238F">
        <w:rPr>
          <w:sz w:val="19"/>
          <w:szCs w:val="19"/>
        </w:rPr>
        <w:t xml:space="preserve"> DPH,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daňových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uplatňuje</w:t>
      </w:r>
      <w:proofErr w:type="spellEnd"/>
      <w:r w:rsidRPr="00E2238F">
        <w:rPr>
          <w:sz w:val="19"/>
          <w:szCs w:val="19"/>
        </w:rPr>
        <w:t>.</w:t>
      </w:r>
    </w:p>
    <w:p w14:paraId="5C76FF72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10.3. Cena </w:t>
      </w:r>
      <w:proofErr w:type="spellStart"/>
      <w:r w:rsidRPr="00E2238F">
        <w:rPr>
          <w:sz w:val="19"/>
          <w:szCs w:val="19"/>
        </w:rPr>
        <w:t>vychází</w:t>
      </w:r>
      <w:proofErr w:type="spellEnd"/>
      <w:r w:rsidRPr="00E2238F">
        <w:rPr>
          <w:sz w:val="19"/>
          <w:szCs w:val="19"/>
        </w:rPr>
        <w:t xml:space="preserve"> z </w:t>
      </w:r>
      <w:proofErr w:type="spellStart"/>
      <w:r w:rsidRPr="00E2238F">
        <w:rPr>
          <w:sz w:val="19"/>
          <w:szCs w:val="19"/>
        </w:rPr>
        <w:t>údajů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uvedených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objednávce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předpokládaných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podmínek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provedení</w:t>
      </w:r>
      <w:proofErr w:type="spellEnd"/>
      <w:r w:rsidRPr="00E2238F">
        <w:rPr>
          <w:sz w:val="19"/>
          <w:szCs w:val="19"/>
        </w:rPr>
        <w:t>.</w:t>
      </w:r>
    </w:p>
    <w:p w14:paraId="5C32B0D3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10.4. </w:t>
      </w:r>
      <w:proofErr w:type="spellStart"/>
      <w:r w:rsidRPr="00E2238F">
        <w:rPr>
          <w:sz w:val="19"/>
          <w:szCs w:val="19"/>
        </w:rPr>
        <w:t>Dodatečné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vzniklé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změnou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objednávky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mimořádným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čekáním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dodatečnou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manipulací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okolnostmi</w:t>
      </w:r>
      <w:proofErr w:type="spellEnd"/>
      <w:r w:rsidRPr="00E2238F">
        <w:rPr>
          <w:sz w:val="19"/>
          <w:szCs w:val="19"/>
        </w:rPr>
        <w:t xml:space="preserve">, za </w:t>
      </w:r>
      <w:proofErr w:type="spellStart"/>
      <w:r w:rsidRPr="00E2238F">
        <w:rPr>
          <w:sz w:val="19"/>
          <w:szCs w:val="19"/>
        </w:rPr>
        <w:t>které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lze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účtovat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souladu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smlouvou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příslušnými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>.</w:t>
      </w:r>
    </w:p>
    <w:p w14:paraId="1FB6648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10.5. </w:t>
      </w:r>
      <w:proofErr w:type="spellStart"/>
      <w:r w:rsidRPr="00E2238F">
        <w:rPr>
          <w:sz w:val="19"/>
          <w:szCs w:val="19"/>
        </w:rPr>
        <w:t>Není</w:t>
      </w:r>
      <w:proofErr w:type="spellEnd"/>
      <w:r w:rsidRPr="00E2238F">
        <w:rPr>
          <w:sz w:val="19"/>
          <w:szCs w:val="19"/>
        </w:rPr>
        <w:t xml:space="preserve">-li </w:t>
      </w:r>
      <w:proofErr w:type="spellStart"/>
      <w:r w:rsidRPr="00E2238F">
        <w:rPr>
          <w:sz w:val="19"/>
          <w:szCs w:val="19"/>
        </w:rPr>
        <w:t>individuálně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sjednáno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jinak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splatnost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faktury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činí</w:t>
      </w:r>
      <w:proofErr w:type="spellEnd"/>
      <w:r w:rsidRPr="00E2238F">
        <w:rPr>
          <w:sz w:val="19"/>
          <w:szCs w:val="19"/>
        </w:rPr>
        <w:t xml:space="preserve"> 14 </w:t>
      </w:r>
      <w:proofErr w:type="spellStart"/>
      <w:r w:rsidRPr="00E2238F">
        <w:rPr>
          <w:sz w:val="19"/>
          <w:szCs w:val="19"/>
        </w:rPr>
        <w:t>kalendářních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dnů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doručení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objednateli</w:t>
      </w:r>
      <w:proofErr w:type="spellEnd"/>
      <w:r w:rsidRPr="00E2238F">
        <w:rPr>
          <w:sz w:val="19"/>
          <w:szCs w:val="19"/>
        </w:rPr>
        <w:t>.</w:t>
      </w:r>
    </w:p>
    <w:p w14:paraId="333B224D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10.6.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prodlení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úhradou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má</w:t>
      </w:r>
      <w:proofErr w:type="spellEnd"/>
      <w:r w:rsidRPr="00E2238F">
        <w:rPr>
          <w:sz w:val="19"/>
          <w:szCs w:val="19"/>
        </w:rPr>
        <w:t xml:space="preserve"> Euro Nexus </w:t>
      </w:r>
      <w:proofErr w:type="spellStart"/>
      <w:r w:rsidRPr="00E2238F">
        <w:rPr>
          <w:sz w:val="19"/>
          <w:szCs w:val="19"/>
        </w:rPr>
        <w:t>právo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požadovat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zákonný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úrok</w:t>
      </w:r>
      <w:proofErr w:type="spellEnd"/>
      <w:r w:rsidRPr="00E2238F">
        <w:rPr>
          <w:sz w:val="19"/>
          <w:szCs w:val="19"/>
        </w:rPr>
        <w:t xml:space="preserve"> z </w:t>
      </w:r>
      <w:proofErr w:type="spellStart"/>
      <w:r w:rsidRPr="00E2238F">
        <w:rPr>
          <w:sz w:val="19"/>
          <w:szCs w:val="19"/>
        </w:rPr>
        <w:t>prodlení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náhradu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spojených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uplatněním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pohledávky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zákonném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>.</w:t>
      </w:r>
    </w:p>
    <w:p w14:paraId="7E9FB198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10.7. </w:t>
      </w:r>
      <w:proofErr w:type="spellStart"/>
      <w:r w:rsidRPr="00E2238F">
        <w:rPr>
          <w:sz w:val="19"/>
          <w:szCs w:val="19"/>
        </w:rPr>
        <w:t>Reklamace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sama</w:t>
      </w:r>
      <w:proofErr w:type="spellEnd"/>
      <w:r w:rsidRPr="00E2238F">
        <w:rPr>
          <w:sz w:val="19"/>
          <w:szCs w:val="19"/>
        </w:rPr>
        <w:t xml:space="preserve"> o </w:t>
      </w:r>
      <w:proofErr w:type="spellStart"/>
      <w:r w:rsidRPr="00E2238F">
        <w:rPr>
          <w:sz w:val="19"/>
          <w:szCs w:val="19"/>
        </w:rPr>
        <w:t>sobě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nezakládá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zadržet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úhradu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celé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faktury</w:t>
      </w:r>
      <w:proofErr w:type="spellEnd"/>
      <w:r w:rsidRPr="00E2238F">
        <w:rPr>
          <w:sz w:val="19"/>
          <w:szCs w:val="19"/>
        </w:rPr>
        <w:t xml:space="preserve">. </w:t>
      </w:r>
      <w:proofErr w:type="spellStart"/>
      <w:r w:rsidRPr="00E2238F">
        <w:rPr>
          <w:sz w:val="19"/>
          <w:szCs w:val="19"/>
        </w:rPr>
        <w:t>Tím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nejsou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dotčena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zákonná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práva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včetně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případného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započtení</w:t>
      </w:r>
      <w:proofErr w:type="spellEnd"/>
      <w:r w:rsidRPr="00E2238F">
        <w:rPr>
          <w:sz w:val="19"/>
          <w:szCs w:val="19"/>
        </w:rPr>
        <w:t>.</w:t>
      </w:r>
    </w:p>
    <w:p w14:paraId="4F6D1B50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10.8.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opakovaném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závažném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prodlení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úhradou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může</w:t>
      </w:r>
      <w:proofErr w:type="spellEnd"/>
      <w:r w:rsidRPr="00E2238F">
        <w:rPr>
          <w:sz w:val="19"/>
          <w:szCs w:val="19"/>
        </w:rPr>
        <w:t xml:space="preserve"> Euro Nexus u </w:t>
      </w:r>
      <w:proofErr w:type="spellStart"/>
      <w:r w:rsidRPr="00E2238F">
        <w:rPr>
          <w:sz w:val="19"/>
          <w:szCs w:val="19"/>
        </w:rPr>
        <w:t>dalších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objednávek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požadovat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platbu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přiměřené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zajištění</w:t>
      </w:r>
      <w:proofErr w:type="spellEnd"/>
      <w:r w:rsidRPr="00E2238F">
        <w:rPr>
          <w:sz w:val="19"/>
          <w:szCs w:val="19"/>
        </w:rPr>
        <w:t>.</w:t>
      </w:r>
    </w:p>
    <w:p w14:paraId="34723F7C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1DFA3E42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XI. ČEKACÍ DOBY A ZRUŠENÍ OBJEDNÁVKY</w:t>
      </w:r>
    </w:p>
    <w:p w14:paraId="2433250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11.1. </w:t>
      </w:r>
      <w:proofErr w:type="spellStart"/>
      <w:r w:rsidRPr="00E2238F">
        <w:rPr>
          <w:sz w:val="19"/>
          <w:szCs w:val="19"/>
        </w:rPr>
        <w:t>Není</w:t>
      </w:r>
      <w:proofErr w:type="spellEnd"/>
      <w:r w:rsidRPr="00E2238F">
        <w:rPr>
          <w:sz w:val="19"/>
          <w:szCs w:val="19"/>
        </w:rPr>
        <w:t xml:space="preserve">-li v </w:t>
      </w:r>
      <w:proofErr w:type="spellStart"/>
      <w:r w:rsidRPr="00E2238F">
        <w:rPr>
          <w:sz w:val="19"/>
          <w:szCs w:val="19"/>
        </w:rPr>
        <w:t>potvrzené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objednávce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sjednáno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jinak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zahrnuje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čekací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dobu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délce</w:t>
      </w:r>
      <w:proofErr w:type="spellEnd"/>
      <w:r w:rsidRPr="00E2238F">
        <w:rPr>
          <w:sz w:val="19"/>
          <w:szCs w:val="19"/>
        </w:rPr>
        <w:t xml:space="preserve"> 30 </w:t>
      </w:r>
      <w:proofErr w:type="spellStart"/>
      <w:r w:rsidRPr="00E2238F">
        <w:rPr>
          <w:sz w:val="19"/>
          <w:szCs w:val="19"/>
        </w:rPr>
        <w:t>minut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nakládce</w:t>
      </w:r>
      <w:proofErr w:type="spellEnd"/>
      <w:r w:rsidRPr="00E2238F">
        <w:rPr>
          <w:sz w:val="19"/>
          <w:szCs w:val="19"/>
        </w:rPr>
        <w:t xml:space="preserve"> a 30 </w:t>
      </w:r>
      <w:proofErr w:type="spellStart"/>
      <w:r w:rsidRPr="00E2238F">
        <w:rPr>
          <w:sz w:val="19"/>
          <w:szCs w:val="19"/>
        </w:rPr>
        <w:t>minut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vykládce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zdarma</w:t>
      </w:r>
      <w:proofErr w:type="spellEnd"/>
      <w:r w:rsidRPr="00E2238F">
        <w:rPr>
          <w:sz w:val="19"/>
          <w:szCs w:val="19"/>
        </w:rPr>
        <w:t>.</w:t>
      </w:r>
    </w:p>
    <w:p w14:paraId="59200FC0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11.2. Po </w:t>
      </w:r>
      <w:proofErr w:type="spellStart"/>
      <w:r w:rsidRPr="00E2238F">
        <w:rPr>
          <w:sz w:val="19"/>
          <w:szCs w:val="19"/>
        </w:rPr>
        <w:t>překročení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bezplatné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čekací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doby</w:t>
      </w:r>
      <w:proofErr w:type="spellEnd"/>
      <w:r w:rsidRPr="00E2238F">
        <w:rPr>
          <w:sz w:val="19"/>
          <w:szCs w:val="19"/>
        </w:rPr>
        <w:t xml:space="preserve"> je Euro Nexus </w:t>
      </w:r>
      <w:proofErr w:type="spellStart"/>
      <w:r w:rsidRPr="00E2238F">
        <w:rPr>
          <w:sz w:val="19"/>
          <w:szCs w:val="19"/>
        </w:rPr>
        <w:t>s.r.o.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oprávněna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účtovat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poplatek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výši</w:t>
      </w:r>
      <w:proofErr w:type="spellEnd"/>
      <w:r w:rsidRPr="00E2238F">
        <w:rPr>
          <w:sz w:val="19"/>
          <w:szCs w:val="19"/>
        </w:rPr>
        <w:t xml:space="preserve"> 30 EUR za </w:t>
      </w:r>
      <w:proofErr w:type="spellStart"/>
      <w:r w:rsidRPr="00E2238F">
        <w:rPr>
          <w:sz w:val="19"/>
          <w:szCs w:val="19"/>
        </w:rPr>
        <w:t>každou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další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započatou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hodinu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čekání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zdržení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přičitatelné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objednateli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odesílateli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příjemci</w:t>
      </w:r>
      <w:proofErr w:type="spellEnd"/>
      <w:r w:rsidRPr="00E2238F">
        <w:rPr>
          <w:sz w:val="19"/>
          <w:szCs w:val="19"/>
        </w:rPr>
        <w:t>.</w:t>
      </w:r>
    </w:p>
    <w:p w14:paraId="3E0917E9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11.3. </w:t>
      </w:r>
      <w:proofErr w:type="spellStart"/>
      <w:r w:rsidRPr="00E2238F">
        <w:rPr>
          <w:sz w:val="19"/>
          <w:szCs w:val="19"/>
        </w:rPr>
        <w:t>Čekání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být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doloženo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dostupnými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záznamy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například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potvrzením</w:t>
      </w:r>
      <w:proofErr w:type="spellEnd"/>
      <w:r w:rsidRPr="00E2238F">
        <w:rPr>
          <w:sz w:val="19"/>
          <w:szCs w:val="19"/>
        </w:rPr>
        <w:t xml:space="preserve"> o </w:t>
      </w:r>
      <w:proofErr w:type="spellStart"/>
      <w:r w:rsidRPr="00E2238F">
        <w:rPr>
          <w:sz w:val="19"/>
          <w:szCs w:val="19"/>
        </w:rPr>
        <w:t>příjezdu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přepravní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dokumentací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elektronickou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komunikací</w:t>
      </w:r>
      <w:proofErr w:type="spellEnd"/>
      <w:r w:rsidRPr="00E2238F">
        <w:rPr>
          <w:sz w:val="19"/>
          <w:szCs w:val="19"/>
        </w:rPr>
        <w:t>.</w:t>
      </w:r>
    </w:p>
    <w:p w14:paraId="7DE7135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11.4. </w:t>
      </w:r>
      <w:proofErr w:type="spellStart"/>
      <w:r w:rsidRPr="00E2238F">
        <w:rPr>
          <w:sz w:val="19"/>
          <w:szCs w:val="19"/>
        </w:rPr>
        <w:t>Zruší</w:t>
      </w:r>
      <w:proofErr w:type="spellEnd"/>
      <w:r w:rsidRPr="00E2238F">
        <w:rPr>
          <w:sz w:val="19"/>
          <w:szCs w:val="19"/>
        </w:rPr>
        <w:t xml:space="preserve">-li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potvrzenou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přepravu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má</w:t>
      </w:r>
      <w:proofErr w:type="spellEnd"/>
      <w:r w:rsidRPr="00E2238F">
        <w:rPr>
          <w:sz w:val="19"/>
          <w:szCs w:val="19"/>
        </w:rPr>
        <w:t xml:space="preserve"> Euro Nexus </w:t>
      </w:r>
      <w:proofErr w:type="spellStart"/>
      <w:r w:rsidRPr="00E2238F">
        <w:rPr>
          <w:sz w:val="19"/>
          <w:szCs w:val="19"/>
        </w:rPr>
        <w:t>právo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náhradu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účelně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vynaložených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nákladů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případných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dalších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nároků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vyplývajících</w:t>
      </w:r>
      <w:proofErr w:type="spellEnd"/>
      <w:r w:rsidRPr="00E2238F">
        <w:rPr>
          <w:sz w:val="19"/>
          <w:szCs w:val="19"/>
        </w:rPr>
        <w:t xml:space="preserve"> ze </w:t>
      </w:r>
      <w:proofErr w:type="spellStart"/>
      <w:r w:rsidRPr="00E2238F">
        <w:rPr>
          <w:sz w:val="19"/>
          <w:szCs w:val="19"/>
        </w:rPr>
        <w:t>smlouvy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použitelného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práva</w:t>
      </w:r>
      <w:proofErr w:type="spellEnd"/>
      <w:r w:rsidRPr="00E2238F">
        <w:rPr>
          <w:sz w:val="19"/>
          <w:szCs w:val="19"/>
        </w:rPr>
        <w:t>.</w:t>
      </w:r>
    </w:p>
    <w:p w14:paraId="24DDFEAC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11.5. </w:t>
      </w:r>
      <w:proofErr w:type="spellStart"/>
      <w:r w:rsidRPr="00E2238F">
        <w:rPr>
          <w:sz w:val="19"/>
          <w:szCs w:val="19"/>
        </w:rPr>
        <w:t>Konkrétní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storno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poplatek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individuálně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objednávce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rámcové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smlouvě</w:t>
      </w:r>
      <w:proofErr w:type="spellEnd"/>
      <w:r w:rsidRPr="00E2238F">
        <w:rPr>
          <w:sz w:val="19"/>
          <w:szCs w:val="19"/>
        </w:rPr>
        <w:t>.</w:t>
      </w:r>
    </w:p>
    <w:p w14:paraId="737FCEF1" w14:textId="6C94012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11.6. </w:t>
      </w:r>
      <w:proofErr w:type="spellStart"/>
      <w:r w:rsidRPr="00E2238F">
        <w:rPr>
          <w:sz w:val="19"/>
          <w:szCs w:val="19"/>
        </w:rPr>
        <w:t>Pokud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rozhodne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změnit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místo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nakládky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vykládky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bude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případné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navýšení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ceny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odsouhlaseno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provedením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změny</w:t>
      </w:r>
      <w:proofErr w:type="spellEnd"/>
      <w:r w:rsidR="00E2238F" w:rsidRPr="00E2238F">
        <w:rPr>
          <w:sz w:val="19"/>
          <w:szCs w:val="19"/>
        </w:rPr>
        <w:t>.</w:t>
      </w:r>
    </w:p>
    <w:p w14:paraId="0932F82D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03679D4F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XII. ODPOVĚDNOST ZA ZÁSILKU</w:t>
      </w:r>
    </w:p>
    <w:p w14:paraId="390A93B3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12.1. </w:t>
      </w:r>
      <w:proofErr w:type="spellStart"/>
      <w:r w:rsidRPr="00E2238F">
        <w:rPr>
          <w:sz w:val="19"/>
          <w:szCs w:val="19"/>
        </w:rPr>
        <w:t>Odpovědnost</w:t>
      </w:r>
      <w:proofErr w:type="spellEnd"/>
      <w:r w:rsidRPr="00E2238F">
        <w:rPr>
          <w:sz w:val="19"/>
          <w:szCs w:val="19"/>
        </w:rPr>
        <w:t xml:space="preserve"> Euro Nexus za </w:t>
      </w:r>
      <w:proofErr w:type="spellStart"/>
      <w:r w:rsidRPr="00E2238F">
        <w:rPr>
          <w:sz w:val="19"/>
          <w:szCs w:val="19"/>
        </w:rPr>
        <w:t>ztrátu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poškození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prodlení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řídí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použitelným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konkrétní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přepravu</w:t>
      </w:r>
      <w:proofErr w:type="spellEnd"/>
      <w:r w:rsidRPr="00E2238F">
        <w:rPr>
          <w:sz w:val="19"/>
          <w:szCs w:val="19"/>
        </w:rPr>
        <w:t>.</w:t>
      </w:r>
    </w:p>
    <w:p w14:paraId="65D1161D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12.2. U </w:t>
      </w:r>
      <w:proofErr w:type="spellStart"/>
      <w:r w:rsidRPr="00E2238F">
        <w:rPr>
          <w:sz w:val="19"/>
          <w:szCs w:val="19"/>
        </w:rPr>
        <w:t>mezinárodní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silniční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kterou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vztahuje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Úmluva</w:t>
      </w:r>
      <w:proofErr w:type="spellEnd"/>
      <w:r w:rsidRPr="00E2238F">
        <w:rPr>
          <w:sz w:val="19"/>
          <w:szCs w:val="19"/>
        </w:rPr>
        <w:t xml:space="preserve"> CMR, se </w:t>
      </w:r>
      <w:proofErr w:type="spellStart"/>
      <w:r w:rsidRPr="00E2238F">
        <w:rPr>
          <w:sz w:val="19"/>
          <w:szCs w:val="19"/>
        </w:rPr>
        <w:t>odpovědnost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posuzuje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této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úmluvy</w:t>
      </w:r>
      <w:proofErr w:type="spellEnd"/>
      <w:r w:rsidRPr="00E2238F">
        <w:rPr>
          <w:sz w:val="19"/>
          <w:szCs w:val="19"/>
        </w:rPr>
        <w:t>.</w:t>
      </w:r>
    </w:p>
    <w:p w14:paraId="214A3971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12.3. U </w:t>
      </w:r>
      <w:proofErr w:type="spellStart"/>
      <w:r w:rsidRPr="00E2238F">
        <w:rPr>
          <w:sz w:val="19"/>
          <w:szCs w:val="19"/>
        </w:rPr>
        <w:t>české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vnitrostátní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silniční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nákladní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uplatní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ustanovení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českého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včetně</w:t>
      </w:r>
      <w:proofErr w:type="spellEnd"/>
      <w:r w:rsidRPr="00E2238F">
        <w:rPr>
          <w:sz w:val="19"/>
          <w:szCs w:val="19"/>
        </w:rPr>
        <w:t xml:space="preserve"> § 9a </w:t>
      </w:r>
      <w:proofErr w:type="spellStart"/>
      <w:r w:rsidRPr="00E2238F">
        <w:rPr>
          <w:sz w:val="19"/>
          <w:szCs w:val="19"/>
        </w:rPr>
        <w:t>zákona</w:t>
      </w:r>
      <w:proofErr w:type="spellEnd"/>
      <w:r w:rsidRPr="00E2238F">
        <w:rPr>
          <w:sz w:val="19"/>
          <w:szCs w:val="19"/>
        </w:rPr>
        <w:t xml:space="preserve"> č. 111/1994 Sb.</w:t>
      </w:r>
    </w:p>
    <w:p w14:paraId="378A74E6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12.4.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samostatném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obstarání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přepravy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odpovědnost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zasílatele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řídí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zasílatelskou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smlouvou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použitelnými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>.</w:t>
      </w:r>
    </w:p>
    <w:p w14:paraId="55B37505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12.5. Euro Nexus </w:t>
      </w:r>
      <w:proofErr w:type="spellStart"/>
      <w:r w:rsidRPr="00E2238F">
        <w:rPr>
          <w:sz w:val="19"/>
          <w:szCs w:val="19"/>
        </w:rPr>
        <w:t>odpovídá</w:t>
      </w:r>
      <w:proofErr w:type="spellEnd"/>
      <w:r w:rsidRPr="00E2238F">
        <w:rPr>
          <w:sz w:val="19"/>
          <w:szCs w:val="19"/>
        </w:rPr>
        <w:t xml:space="preserve"> za </w:t>
      </w:r>
      <w:proofErr w:type="spellStart"/>
      <w:r w:rsidRPr="00E2238F">
        <w:rPr>
          <w:sz w:val="19"/>
          <w:szCs w:val="19"/>
        </w:rPr>
        <w:t>škodu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stanoveném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režimem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včetně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pravidel</w:t>
      </w:r>
      <w:proofErr w:type="spellEnd"/>
      <w:r w:rsidRPr="00E2238F">
        <w:rPr>
          <w:sz w:val="19"/>
          <w:szCs w:val="19"/>
        </w:rPr>
        <w:t xml:space="preserve"> o </w:t>
      </w:r>
      <w:proofErr w:type="spellStart"/>
      <w:r w:rsidRPr="00E2238F">
        <w:rPr>
          <w:sz w:val="19"/>
          <w:szCs w:val="19"/>
        </w:rPr>
        <w:t>zproštění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odpovědnosti</w:t>
      </w:r>
      <w:proofErr w:type="spellEnd"/>
      <w:r w:rsidRPr="00E2238F">
        <w:rPr>
          <w:sz w:val="19"/>
          <w:szCs w:val="19"/>
        </w:rPr>
        <w:t xml:space="preserve"> </w:t>
      </w:r>
      <w:proofErr w:type="gramStart"/>
      <w:r w:rsidRPr="00E2238F">
        <w:rPr>
          <w:sz w:val="19"/>
          <w:szCs w:val="19"/>
        </w:rPr>
        <w:t>a</w:t>
      </w:r>
      <w:proofErr w:type="gram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omezení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náhrady</w:t>
      </w:r>
      <w:proofErr w:type="spellEnd"/>
      <w:r w:rsidRPr="00E2238F">
        <w:rPr>
          <w:sz w:val="19"/>
          <w:szCs w:val="19"/>
        </w:rPr>
        <w:t>.</w:t>
      </w:r>
    </w:p>
    <w:p w14:paraId="609D1602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12.6. Je-li </w:t>
      </w:r>
      <w:proofErr w:type="spellStart"/>
      <w:r w:rsidRPr="00E2238F">
        <w:rPr>
          <w:sz w:val="19"/>
          <w:szCs w:val="19"/>
        </w:rPr>
        <w:t>použitelná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Úmluva</w:t>
      </w:r>
      <w:proofErr w:type="spellEnd"/>
      <w:r w:rsidRPr="00E2238F">
        <w:rPr>
          <w:sz w:val="19"/>
          <w:szCs w:val="19"/>
        </w:rPr>
        <w:t xml:space="preserve"> CMR, </w:t>
      </w:r>
      <w:proofErr w:type="spellStart"/>
      <w:r w:rsidRPr="00E2238F">
        <w:rPr>
          <w:sz w:val="19"/>
          <w:szCs w:val="19"/>
        </w:rPr>
        <w:t>uplatní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její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pravidla</w:t>
      </w:r>
      <w:proofErr w:type="spellEnd"/>
      <w:r w:rsidRPr="00E2238F">
        <w:rPr>
          <w:sz w:val="19"/>
          <w:szCs w:val="19"/>
        </w:rPr>
        <w:t xml:space="preserve"> pro </w:t>
      </w:r>
      <w:proofErr w:type="spellStart"/>
      <w:r w:rsidRPr="00E2238F">
        <w:rPr>
          <w:sz w:val="19"/>
          <w:szCs w:val="19"/>
        </w:rPr>
        <w:t>výpočet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náhrady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škody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případná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omezení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odpovědnosti</w:t>
      </w:r>
      <w:proofErr w:type="spellEnd"/>
      <w:r w:rsidRPr="00E2238F">
        <w:rPr>
          <w:sz w:val="19"/>
          <w:szCs w:val="19"/>
        </w:rPr>
        <w:t>.</w:t>
      </w:r>
    </w:p>
    <w:p w14:paraId="056238B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12.7. Vyšší </w:t>
      </w:r>
      <w:proofErr w:type="spellStart"/>
      <w:r w:rsidRPr="00E2238F">
        <w:rPr>
          <w:sz w:val="19"/>
          <w:szCs w:val="19"/>
        </w:rPr>
        <w:t>hodnota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uvedená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obchodní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dokumentaci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sama</w:t>
      </w:r>
      <w:proofErr w:type="spellEnd"/>
      <w:r w:rsidRPr="00E2238F">
        <w:rPr>
          <w:sz w:val="19"/>
          <w:szCs w:val="19"/>
        </w:rPr>
        <w:t xml:space="preserve"> o </w:t>
      </w:r>
      <w:proofErr w:type="spellStart"/>
      <w:r w:rsidRPr="00E2238F">
        <w:rPr>
          <w:sz w:val="19"/>
          <w:szCs w:val="19"/>
        </w:rPr>
        <w:t>sobě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neznamená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vyššího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limitu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odpovědnosti</w:t>
      </w:r>
      <w:proofErr w:type="spellEnd"/>
      <w:r w:rsidRPr="00E2238F">
        <w:rPr>
          <w:sz w:val="19"/>
          <w:szCs w:val="19"/>
        </w:rPr>
        <w:t>.</w:t>
      </w:r>
    </w:p>
    <w:p w14:paraId="2426DD90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12.8. </w:t>
      </w:r>
      <w:proofErr w:type="spellStart"/>
      <w:r w:rsidRPr="00E2238F">
        <w:rPr>
          <w:sz w:val="19"/>
          <w:szCs w:val="19"/>
        </w:rPr>
        <w:t>Zvláštní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zájem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dodání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deklarovaná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hodnota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být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sjednány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způsobem</w:t>
      </w:r>
      <w:proofErr w:type="spellEnd"/>
      <w:r w:rsidRPr="00E2238F">
        <w:rPr>
          <w:sz w:val="19"/>
          <w:szCs w:val="19"/>
        </w:rPr>
        <w:t xml:space="preserve"> a za </w:t>
      </w:r>
      <w:proofErr w:type="spellStart"/>
      <w:r w:rsidRPr="00E2238F">
        <w:rPr>
          <w:sz w:val="19"/>
          <w:szCs w:val="19"/>
        </w:rPr>
        <w:t>podmínek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přípustných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použitelného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práva</w:t>
      </w:r>
      <w:proofErr w:type="spellEnd"/>
      <w:r w:rsidRPr="00E2238F">
        <w:rPr>
          <w:sz w:val="19"/>
          <w:szCs w:val="19"/>
        </w:rPr>
        <w:t>.</w:t>
      </w:r>
    </w:p>
    <w:p w14:paraId="020E9450" w14:textId="77777777" w:rsidR="009C545C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12.9. Žádné </w:t>
      </w:r>
      <w:proofErr w:type="spellStart"/>
      <w:r w:rsidRPr="00E2238F">
        <w:rPr>
          <w:sz w:val="19"/>
          <w:szCs w:val="19"/>
        </w:rPr>
        <w:t>ustanovení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těchto</w:t>
      </w:r>
      <w:proofErr w:type="spellEnd"/>
      <w:r w:rsidRPr="00E2238F">
        <w:rPr>
          <w:sz w:val="19"/>
          <w:szCs w:val="19"/>
        </w:rPr>
        <w:t xml:space="preserve"> VOP </w:t>
      </w:r>
      <w:proofErr w:type="spellStart"/>
      <w:r w:rsidRPr="00E2238F">
        <w:rPr>
          <w:sz w:val="19"/>
          <w:szCs w:val="19"/>
        </w:rPr>
        <w:t>nevylučuje</w:t>
      </w:r>
      <w:proofErr w:type="spellEnd"/>
      <w:r w:rsidRPr="00E2238F">
        <w:rPr>
          <w:sz w:val="19"/>
          <w:szCs w:val="19"/>
        </w:rPr>
        <w:t xml:space="preserve"> ani </w:t>
      </w:r>
      <w:proofErr w:type="spellStart"/>
      <w:r w:rsidRPr="00E2238F">
        <w:rPr>
          <w:sz w:val="19"/>
          <w:szCs w:val="19"/>
        </w:rPr>
        <w:t>neomezuje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</w:t>
      </w:r>
      <w:proofErr w:type="spellEnd"/>
      <w:r w:rsidRPr="00E2238F">
        <w:rPr>
          <w:sz w:val="19"/>
          <w:szCs w:val="19"/>
        </w:rPr>
        <w:t xml:space="preserve"> v </w:t>
      </w:r>
      <w:proofErr w:type="spellStart"/>
      <w:r w:rsidRPr="00E2238F">
        <w:rPr>
          <w:sz w:val="19"/>
          <w:szCs w:val="19"/>
        </w:rPr>
        <w:t>případech</w:t>
      </w:r>
      <w:proofErr w:type="spellEnd"/>
      <w:r w:rsidRPr="00E2238F">
        <w:rPr>
          <w:sz w:val="19"/>
          <w:szCs w:val="19"/>
        </w:rPr>
        <w:t xml:space="preserve">, </w:t>
      </w:r>
      <w:proofErr w:type="spellStart"/>
      <w:r w:rsidRPr="00E2238F">
        <w:rPr>
          <w:sz w:val="19"/>
          <w:szCs w:val="19"/>
        </w:rPr>
        <w:t>kdy</w:t>
      </w:r>
      <w:proofErr w:type="spellEnd"/>
      <w:r w:rsidRPr="00E2238F">
        <w:rPr>
          <w:sz w:val="19"/>
          <w:szCs w:val="19"/>
        </w:rPr>
        <w:t xml:space="preserve"> to </w:t>
      </w:r>
      <w:proofErr w:type="spellStart"/>
      <w:r w:rsidRPr="00E2238F">
        <w:rPr>
          <w:sz w:val="19"/>
          <w:szCs w:val="19"/>
        </w:rPr>
        <w:t>právní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mezinárodní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úmluva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nepřipouštějí</w:t>
      </w:r>
      <w:proofErr w:type="spellEnd"/>
      <w:r w:rsidRPr="00E2238F">
        <w:rPr>
          <w:sz w:val="19"/>
          <w:szCs w:val="19"/>
        </w:rPr>
        <w:t>.</w:t>
      </w:r>
    </w:p>
    <w:p w14:paraId="2CF63E28" w14:textId="77777777" w:rsidR="00E2238F" w:rsidRDefault="00E2238F" w:rsidP="009C545C">
      <w:pPr>
        <w:spacing w:before="120" w:after="0"/>
        <w:rPr>
          <w:sz w:val="19"/>
          <w:szCs w:val="19"/>
        </w:rPr>
      </w:pPr>
    </w:p>
    <w:p w14:paraId="15C1AF79" w14:textId="77777777" w:rsidR="00E2238F" w:rsidRPr="00E2238F" w:rsidRDefault="00E2238F" w:rsidP="009C545C">
      <w:pPr>
        <w:spacing w:before="120" w:after="0"/>
        <w:rPr>
          <w:sz w:val="19"/>
          <w:szCs w:val="19"/>
        </w:rPr>
      </w:pPr>
    </w:p>
    <w:p w14:paraId="045C80FB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6BCCCE56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XIII. POJIŠTĚNÍ</w:t>
      </w:r>
    </w:p>
    <w:p w14:paraId="2B14B012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13.1. Euro Nexus </w:t>
      </w:r>
      <w:proofErr w:type="spellStart"/>
      <w:r w:rsidRPr="00E2238F">
        <w:rPr>
          <w:sz w:val="19"/>
          <w:szCs w:val="19"/>
        </w:rPr>
        <w:t>zajistí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pojištění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dopravce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zasílatele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odpovídající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povaze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poskytovaných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služeb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sjednanému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rozsahu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pojistného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krytí</w:t>
      </w:r>
      <w:proofErr w:type="spellEnd"/>
      <w:r w:rsidRPr="00E2238F">
        <w:rPr>
          <w:sz w:val="19"/>
          <w:szCs w:val="19"/>
        </w:rPr>
        <w:t>.</w:t>
      </w:r>
    </w:p>
    <w:p w14:paraId="53B37064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13.2. </w:t>
      </w:r>
      <w:proofErr w:type="spellStart"/>
      <w:r w:rsidRPr="00E2238F">
        <w:rPr>
          <w:sz w:val="19"/>
          <w:szCs w:val="19"/>
        </w:rPr>
        <w:t>Pojištění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odpovědnosti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dopravce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totožné</w:t>
      </w:r>
      <w:proofErr w:type="spellEnd"/>
      <w:r w:rsidRPr="00E2238F">
        <w:rPr>
          <w:sz w:val="19"/>
          <w:szCs w:val="19"/>
        </w:rPr>
        <w:t xml:space="preserve"> s </w:t>
      </w:r>
      <w:proofErr w:type="spellStart"/>
      <w:r w:rsidRPr="00E2238F">
        <w:rPr>
          <w:sz w:val="19"/>
          <w:szCs w:val="19"/>
        </w:rPr>
        <w:t>pojištěním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plnou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obchodní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hodnotu</w:t>
      </w:r>
      <w:proofErr w:type="spellEnd"/>
      <w:r w:rsidRPr="00E2238F">
        <w:rPr>
          <w:sz w:val="19"/>
          <w:szCs w:val="19"/>
        </w:rPr>
        <w:t>.</w:t>
      </w:r>
    </w:p>
    <w:p w14:paraId="25EB7B9B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13.3.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povinen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upozornit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mimořádné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hodnoty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vyžadující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zvláštní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pojistné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krytí</w:t>
      </w:r>
      <w:proofErr w:type="spellEnd"/>
      <w:r w:rsidRPr="00E2238F">
        <w:rPr>
          <w:sz w:val="19"/>
          <w:szCs w:val="19"/>
        </w:rPr>
        <w:t>.</w:t>
      </w:r>
    </w:p>
    <w:p w14:paraId="55F1A38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13.4. </w:t>
      </w:r>
      <w:proofErr w:type="spellStart"/>
      <w:r w:rsidRPr="00E2238F">
        <w:rPr>
          <w:sz w:val="19"/>
          <w:szCs w:val="19"/>
        </w:rPr>
        <w:t>Pojištění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její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plnou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hodnotu</w:t>
      </w:r>
      <w:proofErr w:type="spellEnd"/>
      <w:r w:rsidRPr="00E2238F">
        <w:rPr>
          <w:sz w:val="19"/>
          <w:szCs w:val="19"/>
        </w:rPr>
        <w:t xml:space="preserve"> Euro Nexus </w:t>
      </w:r>
      <w:proofErr w:type="spellStart"/>
      <w:r w:rsidRPr="00E2238F">
        <w:rPr>
          <w:sz w:val="19"/>
          <w:szCs w:val="19"/>
        </w:rPr>
        <w:t>obstará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pouze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základě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výslovné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dohody</w:t>
      </w:r>
      <w:proofErr w:type="spellEnd"/>
      <w:r w:rsidRPr="00E2238F">
        <w:rPr>
          <w:sz w:val="19"/>
          <w:szCs w:val="19"/>
        </w:rPr>
        <w:t>.</w:t>
      </w:r>
    </w:p>
    <w:p w14:paraId="321B510E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13.5. </w:t>
      </w:r>
      <w:proofErr w:type="spellStart"/>
      <w:r w:rsidRPr="00E2238F">
        <w:rPr>
          <w:sz w:val="19"/>
          <w:szCs w:val="19"/>
        </w:rPr>
        <w:t>Objednatel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povinen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poskytnout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pravdivé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údaje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potřebné</w:t>
      </w:r>
      <w:proofErr w:type="spellEnd"/>
      <w:r w:rsidRPr="00E2238F">
        <w:rPr>
          <w:sz w:val="19"/>
          <w:szCs w:val="19"/>
        </w:rPr>
        <w:t xml:space="preserve"> k </w:t>
      </w:r>
      <w:proofErr w:type="spellStart"/>
      <w:r w:rsidRPr="00E2238F">
        <w:rPr>
          <w:sz w:val="19"/>
          <w:szCs w:val="19"/>
        </w:rPr>
        <w:t>posouzení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pojistného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rizika</w:t>
      </w:r>
      <w:proofErr w:type="spellEnd"/>
      <w:r w:rsidRPr="00E2238F">
        <w:rPr>
          <w:sz w:val="19"/>
          <w:szCs w:val="19"/>
        </w:rPr>
        <w:t>.</w:t>
      </w:r>
    </w:p>
    <w:p w14:paraId="5D0145D9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13.6. Euro Nexus </w:t>
      </w:r>
      <w:proofErr w:type="spellStart"/>
      <w:r w:rsidRPr="00E2238F">
        <w:rPr>
          <w:sz w:val="19"/>
          <w:szCs w:val="19"/>
        </w:rPr>
        <w:t>neodpovídá</w:t>
      </w:r>
      <w:proofErr w:type="spellEnd"/>
      <w:r w:rsidRPr="00E2238F">
        <w:rPr>
          <w:sz w:val="19"/>
          <w:szCs w:val="19"/>
        </w:rPr>
        <w:t xml:space="preserve"> za </w:t>
      </w:r>
      <w:proofErr w:type="spellStart"/>
      <w:r w:rsidRPr="00E2238F">
        <w:rPr>
          <w:sz w:val="19"/>
          <w:szCs w:val="19"/>
        </w:rPr>
        <w:t>rozsah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pojistného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plnění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nad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rámec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svých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zákonných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smluvních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povinností</w:t>
      </w:r>
      <w:proofErr w:type="spellEnd"/>
      <w:r w:rsidRPr="00E2238F">
        <w:rPr>
          <w:sz w:val="19"/>
          <w:szCs w:val="19"/>
        </w:rPr>
        <w:t>.</w:t>
      </w:r>
    </w:p>
    <w:p w14:paraId="14E185C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</w:p>
    <w:p w14:paraId="2AD5E502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</w:rPr>
      </w:pPr>
      <w:r w:rsidRPr="00E2238F">
        <w:rPr>
          <w:sz w:val="19"/>
          <w:szCs w:val="19"/>
          <w:u w:val="single"/>
        </w:rPr>
        <w:t>ČLÁNEK XIV. REKLAMACE A ŠKODNÍ UDÁLOSTI</w:t>
      </w:r>
    </w:p>
    <w:p w14:paraId="6ABF3CAA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14.1.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zjištění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ztráty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poškození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je </w:t>
      </w:r>
      <w:proofErr w:type="spellStart"/>
      <w:r w:rsidRPr="00E2238F">
        <w:rPr>
          <w:sz w:val="19"/>
          <w:szCs w:val="19"/>
        </w:rPr>
        <w:t>oprávněná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osoba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povinna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postupovat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podle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předpisů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přepravních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dokumentů</w:t>
      </w:r>
      <w:proofErr w:type="spellEnd"/>
      <w:r w:rsidRPr="00E2238F">
        <w:rPr>
          <w:sz w:val="19"/>
          <w:szCs w:val="19"/>
        </w:rPr>
        <w:t>.</w:t>
      </w:r>
    </w:p>
    <w:p w14:paraId="458735C7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14.2. </w:t>
      </w:r>
      <w:proofErr w:type="spellStart"/>
      <w:r w:rsidRPr="00E2238F">
        <w:rPr>
          <w:sz w:val="19"/>
          <w:szCs w:val="19"/>
        </w:rPr>
        <w:t>Zjevné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poškození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nebo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chybějící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část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zásilky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musí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být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zaznamenány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převzetí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způsobem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odpovídajícím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použitelnému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právnímu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režimu</w:t>
      </w:r>
      <w:proofErr w:type="spellEnd"/>
      <w:r w:rsidRPr="00E2238F">
        <w:rPr>
          <w:sz w:val="19"/>
          <w:szCs w:val="19"/>
        </w:rPr>
        <w:t>.</w:t>
      </w:r>
    </w:p>
    <w:p w14:paraId="6F26DBF9" w14:textId="77777777" w:rsidR="009C545C" w:rsidRPr="00E2238F" w:rsidRDefault="009C545C" w:rsidP="009C545C">
      <w:pPr>
        <w:spacing w:before="120" w:after="0"/>
        <w:rPr>
          <w:sz w:val="19"/>
          <w:szCs w:val="19"/>
        </w:rPr>
      </w:pPr>
      <w:r w:rsidRPr="00E2238F">
        <w:rPr>
          <w:sz w:val="19"/>
          <w:szCs w:val="19"/>
        </w:rPr>
        <w:t xml:space="preserve">14.3. </w:t>
      </w:r>
      <w:proofErr w:type="spellStart"/>
      <w:r w:rsidRPr="00E2238F">
        <w:rPr>
          <w:sz w:val="19"/>
          <w:szCs w:val="19"/>
        </w:rPr>
        <w:t>Skryté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poškození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reklamace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prodlení</w:t>
      </w:r>
      <w:proofErr w:type="spellEnd"/>
      <w:r w:rsidRPr="00E2238F">
        <w:rPr>
          <w:sz w:val="19"/>
          <w:szCs w:val="19"/>
        </w:rPr>
        <w:t xml:space="preserve"> se </w:t>
      </w:r>
      <w:proofErr w:type="spellStart"/>
      <w:r w:rsidRPr="00E2238F">
        <w:rPr>
          <w:sz w:val="19"/>
          <w:szCs w:val="19"/>
        </w:rPr>
        <w:t>oznamují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ve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lhůtách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stanovených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příslušnými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právními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předpisy</w:t>
      </w:r>
      <w:proofErr w:type="spellEnd"/>
      <w:r w:rsidRPr="00E2238F">
        <w:rPr>
          <w:sz w:val="19"/>
          <w:szCs w:val="19"/>
        </w:rPr>
        <w:t>.</w:t>
      </w:r>
    </w:p>
    <w:p w14:paraId="40D1C0A4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14.4. </w:t>
      </w:r>
      <w:proofErr w:type="spellStart"/>
      <w:r w:rsidRPr="00E2238F">
        <w:rPr>
          <w:sz w:val="19"/>
          <w:szCs w:val="19"/>
          <w:lang w:val="de-DE"/>
        </w:rPr>
        <w:t>Reklamace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zasílají</w:t>
      </w:r>
      <w:proofErr w:type="spellEnd"/>
      <w:r w:rsidRPr="00E2238F">
        <w:rPr>
          <w:sz w:val="19"/>
          <w:szCs w:val="19"/>
          <w:lang w:val="de-DE"/>
        </w:rPr>
        <w:t xml:space="preserve"> na </w:t>
      </w:r>
      <w:proofErr w:type="spellStart"/>
      <w:r w:rsidRPr="00E2238F">
        <w:rPr>
          <w:sz w:val="19"/>
          <w:szCs w:val="19"/>
          <w:lang w:val="de-DE"/>
        </w:rPr>
        <w:t>e-mail</w:t>
      </w:r>
      <w:proofErr w:type="spellEnd"/>
      <w:r w:rsidRPr="00E2238F">
        <w:rPr>
          <w:sz w:val="19"/>
          <w:szCs w:val="19"/>
          <w:lang w:val="de-DE"/>
        </w:rPr>
        <w:t xml:space="preserve"> office@euro-nexus.com.</w:t>
      </w:r>
    </w:p>
    <w:p w14:paraId="49D81DAF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14.5. K </w:t>
      </w:r>
      <w:proofErr w:type="spellStart"/>
      <w:r w:rsidRPr="00E2238F">
        <w:rPr>
          <w:sz w:val="19"/>
          <w:szCs w:val="19"/>
          <w:lang w:val="de-DE"/>
        </w:rPr>
        <w:t>reklamaci</w:t>
      </w:r>
      <w:proofErr w:type="spellEnd"/>
      <w:r w:rsidRPr="00E2238F">
        <w:rPr>
          <w:sz w:val="19"/>
          <w:szCs w:val="19"/>
          <w:lang w:val="de-DE"/>
        </w:rPr>
        <w:t xml:space="preserve"> je </w:t>
      </w:r>
      <w:proofErr w:type="spellStart"/>
      <w:r w:rsidRPr="00E2238F">
        <w:rPr>
          <w:sz w:val="19"/>
          <w:szCs w:val="19"/>
          <w:lang w:val="de-DE"/>
        </w:rPr>
        <w:t>vhodné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přiložit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objednávku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přepravní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doklady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fotodokumentaci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doklad</w:t>
      </w:r>
      <w:proofErr w:type="spellEnd"/>
      <w:r w:rsidRPr="00E2238F">
        <w:rPr>
          <w:sz w:val="19"/>
          <w:szCs w:val="19"/>
          <w:lang w:val="de-DE"/>
        </w:rPr>
        <w:t xml:space="preserve"> o </w:t>
      </w:r>
      <w:proofErr w:type="spellStart"/>
      <w:r w:rsidRPr="00E2238F">
        <w:rPr>
          <w:sz w:val="19"/>
          <w:szCs w:val="19"/>
          <w:lang w:val="de-DE"/>
        </w:rPr>
        <w:t>hodnotě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zásilky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vyčíslení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požadované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náhrady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02F78EB5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14.6. Euro Nexus </w:t>
      </w:r>
      <w:proofErr w:type="spellStart"/>
      <w:r w:rsidRPr="00E2238F">
        <w:rPr>
          <w:sz w:val="19"/>
          <w:szCs w:val="19"/>
          <w:lang w:val="de-DE"/>
        </w:rPr>
        <w:t>poskytne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přiměřenou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součinnost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šetření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škodní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události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6E2A57D8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14.7. </w:t>
      </w:r>
      <w:proofErr w:type="spellStart"/>
      <w:r w:rsidRPr="00E2238F">
        <w:rPr>
          <w:sz w:val="19"/>
          <w:szCs w:val="19"/>
          <w:lang w:val="de-DE"/>
        </w:rPr>
        <w:t>Smluvní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strany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zavazují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přijmout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přiměřená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opatření</w:t>
      </w:r>
      <w:proofErr w:type="spellEnd"/>
      <w:r w:rsidRPr="00E2238F">
        <w:rPr>
          <w:sz w:val="19"/>
          <w:szCs w:val="19"/>
          <w:lang w:val="de-DE"/>
        </w:rPr>
        <w:t xml:space="preserve"> k </w:t>
      </w:r>
      <w:proofErr w:type="spellStart"/>
      <w:r w:rsidRPr="00E2238F">
        <w:rPr>
          <w:sz w:val="19"/>
          <w:szCs w:val="19"/>
          <w:lang w:val="de-DE"/>
        </w:rPr>
        <w:t>omezení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další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škody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6978EC1C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</w:p>
    <w:p w14:paraId="5F06DBA4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  <w:lang w:val="de-DE"/>
        </w:rPr>
      </w:pPr>
      <w:r w:rsidRPr="00E2238F">
        <w:rPr>
          <w:sz w:val="19"/>
          <w:szCs w:val="19"/>
          <w:u w:val="single"/>
          <w:lang w:val="de-DE"/>
        </w:rPr>
        <w:t>ČLÁNEK XV. PŘEKÁŽKY PŘEPRAVY A MIMOŘÁDNÉ OKOLNOSTI</w:t>
      </w:r>
    </w:p>
    <w:p w14:paraId="25250AE1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15.1. </w:t>
      </w:r>
      <w:proofErr w:type="spellStart"/>
      <w:r w:rsidRPr="00E2238F">
        <w:rPr>
          <w:sz w:val="19"/>
          <w:szCs w:val="19"/>
          <w:lang w:val="de-DE"/>
        </w:rPr>
        <w:t>Při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vzniku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překážky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přepravy</w:t>
      </w:r>
      <w:proofErr w:type="spellEnd"/>
      <w:r w:rsidRPr="00E2238F">
        <w:rPr>
          <w:sz w:val="19"/>
          <w:szCs w:val="19"/>
          <w:lang w:val="de-DE"/>
        </w:rPr>
        <w:t xml:space="preserve"> Euro Nexus </w:t>
      </w:r>
      <w:proofErr w:type="spellStart"/>
      <w:r w:rsidRPr="00E2238F">
        <w:rPr>
          <w:sz w:val="19"/>
          <w:szCs w:val="19"/>
          <w:lang w:val="de-DE"/>
        </w:rPr>
        <w:t>postupuje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podle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příslušných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právních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předpisů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informuje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objednatele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jakmile</w:t>
      </w:r>
      <w:proofErr w:type="spellEnd"/>
      <w:r w:rsidRPr="00E2238F">
        <w:rPr>
          <w:sz w:val="19"/>
          <w:szCs w:val="19"/>
          <w:lang w:val="de-DE"/>
        </w:rPr>
        <w:t xml:space="preserve"> je to </w:t>
      </w:r>
      <w:proofErr w:type="spellStart"/>
      <w:r w:rsidRPr="00E2238F">
        <w:rPr>
          <w:sz w:val="19"/>
          <w:szCs w:val="19"/>
          <w:lang w:val="de-DE"/>
        </w:rPr>
        <w:t>za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daných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okolností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možné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191F2D96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15.2. Za </w:t>
      </w:r>
      <w:proofErr w:type="spellStart"/>
      <w:r w:rsidRPr="00E2238F">
        <w:rPr>
          <w:sz w:val="19"/>
          <w:szCs w:val="19"/>
          <w:lang w:val="de-DE"/>
        </w:rPr>
        <w:t>mimořádné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okolnosti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mohou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být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podle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konkrétní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situace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považovány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zejména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přírodní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katastrofy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závažné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dopravní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uzávěry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válečné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události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nebo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opatření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veřejné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moci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5C2490C8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15.3. </w:t>
      </w:r>
      <w:proofErr w:type="spellStart"/>
      <w:r w:rsidRPr="00E2238F">
        <w:rPr>
          <w:sz w:val="19"/>
          <w:szCs w:val="19"/>
          <w:lang w:val="de-DE"/>
        </w:rPr>
        <w:t>Samotný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vznik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mimořádné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okolnosti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automaticky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nezbavuje</w:t>
      </w:r>
      <w:proofErr w:type="spellEnd"/>
      <w:r w:rsidRPr="00E2238F">
        <w:rPr>
          <w:sz w:val="19"/>
          <w:szCs w:val="19"/>
          <w:lang w:val="de-DE"/>
        </w:rPr>
        <w:t xml:space="preserve"> Euro Nexus </w:t>
      </w:r>
      <w:proofErr w:type="spellStart"/>
      <w:r w:rsidRPr="00E2238F">
        <w:rPr>
          <w:sz w:val="19"/>
          <w:szCs w:val="19"/>
          <w:lang w:val="de-DE"/>
        </w:rPr>
        <w:t>odpovědnosti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01D338D4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15.4. </w:t>
      </w:r>
      <w:proofErr w:type="spellStart"/>
      <w:r w:rsidRPr="00E2238F">
        <w:rPr>
          <w:sz w:val="19"/>
          <w:szCs w:val="19"/>
          <w:lang w:val="de-DE"/>
        </w:rPr>
        <w:t>Zproštění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odpovědnosti</w:t>
      </w:r>
      <w:proofErr w:type="spellEnd"/>
      <w:r w:rsidRPr="00E2238F">
        <w:rPr>
          <w:sz w:val="19"/>
          <w:szCs w:val="19"/>
          <w:lang w:val="de-DE"/>
        </w:rPr>
        <w:t xml:space="preserve"> je </w:t>
      </w:r>
      <w:proofErr w:type="spellStart"/>
      <w:r w:rsidRPr="00E2238F">
        <w:rPr>
          <w:sz w:val="19"/>
          <w:szCs w:val="19"/>
          <w:lang w:val="de-DE"/>
        </w:rPr>
        <w:t>možné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pouze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tehdy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jsou</w:t>
      </w:r>
      <w:proofErr w:type="spellEnd"/>
      <w:r w:rsidRPr="00E2238F">
        <w:rPr>
          <w:sz w:val="19"/>
          <w:szCs w:val="19"/>
          <w:lang w:val="de-DE"/>
        </w:rPr>
        <w:t xml:space="preserve">-li </w:t>
      </w:r>
      <w:proofErr w:type="spellStart"/>
      <w:r w:rsidRPr="00E2238F">
        <w:rPr>
          <w:sz w:val="19"/>
          <w:szCs w:val="19"/>
          <w:lang w:val="de-DE"/>
        </w:rPr>
        <w:t>splněny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podmínky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příslušného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právního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režimu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3ACAA902" w14:textId="4ABD3F18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15.5. </w:t>
      </w:r>
      <w:proofErr w:type="spellStart"/>
      <w:r w:rsidRPr="00E2238F">
        <w:rPr>
          <w:sz w:val="19"/>
          <w:szCs w:val="19"/>
          <w:lang w:val="de-DE"/>
        </w:rPr>
        <w:t>Pokud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překážka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znemožňuje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pokračování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přepravy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budou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další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pokyny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náklady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řešeny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podle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smlouvy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použitelných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právních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předpisů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0BC29383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  <w:lang w:val="de-DE"/>
        </w:rPr>
      </w:pPr>
      <w:r w:rsidRPr="00E2238F">
        <w:rPr>
          <w:sz w:val="19"/>
          <w:szCs w:val="19"/>
          <w:u w:val="single"/>
          <w:lang w:val="de-DE"/>
        </w:rPr>
        <w:t>ČLÁNEK XVI. MLČENLIVOST A OCHRANA OBCHODNÍCH INFORMACÍ</w:t>
      </w:r>
    </w:p>
    <w:p w14:paraId="42A1BDA4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16.1. </w:t>
      </w:r>
      <w:proofErr w:type="spellStart"/>
      <w:r w:rsidRPr="00E2238F">
        <w:rPr>
          <w:sz w:val="19"/>
          <w:szCs w:val="19"/>
          <w:lang w:val="de-DE"/>
        </w:rPr>
        <w:t>Smluvní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strany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zavazují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zachovávat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mlčenlivost</w:t>
      </w:r>
      <w:proofErr w:type="spellEnd"/>
      <w:r w:rsidRPr="00E2238F">
        <w:rPr>
          <w:sz w:val="19"/>
          <w:szCs w:val="19"/>
          <w:lang w:val="de-DE"/>
        </w:rPr>
        <w:t xml:space="preserve"> o </w:t>
      </w:r>
      <w:proofErr w:type="spellStart"/>
      <w:r w:rsidRPr="00E2238F">
        <w:rPr>
          <w:sz w:val="19"/>
          <w:szCs w:val="19"/>
          <w:lang w:val="de-DE"/>
        </w:rPr>
        <w:t>neveřejných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obchodních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informacích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získaných</w:t>
      </w:r>
      <w:proofErr w:type="spellEnd"/>
      <w:r w:rsidRPr="00E2238F">
        <w:rPr>
          <w:sz w:val="19"/>
          <w:szCs w:val="19"/>
          <w:lang w:val="de-DE"/>
        </w:rPr>
        <w:t xml:space="preserve"> v </w:t>
      </w:r>
      <w:proofErr w:type="spellStart"/>
      <w:r w:rsidRPr="00E2238F">
        <w:rPr>
          <w:sz w:val="19"/>
          <w:szCs w:val="19"/>
          <w:lang w:val="de-DE"/>
        </w:rPr>
        <w:t>souvislosti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spoluprací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51F50722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16.2. Za </w:t>
      </w:r>
      <w:proofErr w:type="spellStart"/>
      <w:r w:rsidRPr="00E2238F">
        <w:rPr>
          <w:sz w:val="19"/>
          <w:szCs w:val="19"/>
          <w:lang w:val="de-DE"/>
        </w:rPr>
        <w:t>důvěrné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informace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považují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zejména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přepravní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ceny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obchodní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kontakty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výrobní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harmonogramy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logistické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postupy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neveřejné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údaje</w:t>
      </w:r>
      <w:proofErr w:type="spellEnd"/>
      <w:r w:rsidRPr="00E2238F">
        <w:rPr>
          <w:sz w:val="19"/>
          <w:szCs w:val="19"/>
          <w:lang w:val="de-DE"/>
        </w:rPr>
        <w:t xml:space="preserve"> o </w:t>
      </w:r>
      <w:proofErr w:type="spellStart"/>
      <w:r w:rsidRPr="00E2238F">
        <w:rPr>
          <w:sz w:val="19"/>
          <w:szCs w:val="19"/>
          <w:lang w:val="de-DE"/>
        </w:rPr>
        <w:t>zásilkách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401F72ED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16.3. </w:t>
      </w:r>
      <w:proofErr w:type="spellStart"/>
      <w:r w:rsidRPr="00E2238F">
        <w:rPr>
          <w:sz w:val="19"/>
          <w:szCs w:val="19"/>
          <w:lang w:val="de-DE"/>
        </w:rPr>
        <w:t>Povinnost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mlčenlivosti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nevztahuje</w:t>
      </w:r>
      <w:proofErr w:type="spellEnd"/>
      <w:r w:rsidRPr="00E2238F">
        <w:rPr>
          <w:sz w:val="19"/>
          <w:szCs w:val="19"/>
          <w:lang w:val="de-DE"/>
        </w:rPr>
        <w:t xml:space="preserve"> na </w:t>
      </w:r>
      <w:proofErr w:type="spellStart"/>
      <w:r w:rsidRPr="00E2238F">
        <w:rPr>
          <w:sz w:val="19"/>
          <w:szCs w:val="19"/>
          <w:lang w:val="de-DE"/>
        </w:rPr>
        <w:t>informace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jejichž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zpřístupnění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vyžaduje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předpis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nebo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oprávněný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orgán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1188C432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16.4. Euro Nexus je </w:t>
      </w:r>
      <w:proofErr w:type="spellStart"/>
      <w:r w:rsidRPr="00E2238F">
        <w:rPr>
          <w:sz w:val="19"/>
          <w:szCs w:val="19"/>
          <w:lang w:val="de-DE"/>
        </w:rPr>
        <w:t>oprávněna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poskytnout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nezbytné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informace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svým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smluvním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dopravcům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pojišťovnám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dalším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osobám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podílejícím</w:t>
      </w:r>
      <w:proofErr w:type="spellEnd"/>
      <w:r w:rsidRPr="00E2238F">
        <w:rPr>
          <w:sz w:val="19"/>
          <w:szCs w:val="19"/>
          <w:lang w:val="de-DE"/>
        </w:rPr>
        <w:t xml:space="preserve"> se na </w:t>
      </w:r>
      <w:proofErr w:type="spellStart"/>
      <w:r w:rsidRPr="00E2238F">
        <w:rPr>
          <w:sz w:val="19"/>
          <w:szCs w:val="19"/>
          <w:lang w:val="de-DE"/>
        </w:rPr>
        <w:t>realizaci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přepravy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46DB5A53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16.5. </w:t>
      </w:r>
      <w:proofErr w:type="spellStart"/>
      <w:r w:rsidRPr="00E2238F">
        <w:rPr>
          <w:sz w:val="19"/>
          <w:szCs w:val="19"/>
          <w:lang w:val="de-DE"/>
        </w:rPr>
        <w:t>Osobní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údaje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jsou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zpracovávány</w:t>
      </w:r>
      <w:proofErr w:type="spellEnd"/>
      <w:r w:rsidRPr="00E2238F">
        <w:rPr>
          <w:sz w:val="19"/>
          <w:szCs w:val="19"/>
          <w:lang w:val="de-DE"/>
        </w:rPr>
        <w:t xml:space="preserve"> v </w:t>
      </w:r>
      <w:proofErr w:type="spellStart"/>
      <w:r w:rsidRPr="00E2238F">
        <w:rPr>
          <w:sz w:val="19"/>
          <w:szCs w:val="19"/>
          <w:lang w:val="de-DE"/>
        </w:rPr>
        <w:t>souladu</w:t>
      </w:r>
      <w:proofErr w:type="spellEnd"/>
      <w:r w:rsidRPr="00E2238F">
        <w:rPr>
          <w:sz w:val="19"/>
          <w:szCs w:val="19"/>
          <w:lang w:val="de-DE"/>
        </w:rPr>
        <w:t xml:space="preserve"> s </w:t>
      </w:r>
      <w:proofErr w:type="spellStart"/>
      <w:r w:rsidRPr="00E2238F">
        <w:rPr>
          <w:sz w:val="19"/>
          <w:szCs w:val="19"/>
          <w:lang w:val="de-DE"/>
        </w:rPr>
        <w:t>příslušnými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předpisy</w:t>
      </w:r>
      <w:proofErr w:type="spellEnd"/>
      <w:r w:rsidRPr="00E2238F">
        <w:rPr>
          <w:sz w:val="19"/>
          <w:szCs w:val="19"/>
          <w:lang w:val="de-DE"/>
        </w:rPr>
        <w:t xml:space="preserve"> o </w:t>
      </w:r>
      <w:proofErr w:type="spellStart"/>
      <w:r w:rsidRPr="00E2238F">
        <w:rPr>
          <w:sz w:val="19"/>
          <w:szCs w:val="19"/>
          <w:lang w:val="de-DE"/>
        </w:rPr>
        <w:t>ochraně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osobních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údajů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682509C7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</w:p>
    <w:p w14:paraId="6FF4F926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  <w:lang w:val="de-DE"/>
        </w:rPr>
      </w:pPr>
      <w:r w:rsidRPr="00E2238F">
        <w:rPr>
          <w:sz w:val="19"/>
          <w:szCs w:val="19"/>
          <w:u w:val="single"/>
          <w:lang w:val="de-DE"/>
        </w:rPr>
        <w:t>ČLÁNEK XVII. ROZHODNÉ PRÁVO A ŘEŠENÍ SPORŮ</w:t>
      </w:r>
    </w:p>
    <w:p w14:paraId="24070930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17.1. </w:t>
      </w:r>
      <w:proofErr w:type="spellStart"/>
      <w:r w:rsidRPr="00E2238F">
        <w:rPr>
          <w:sz w:val="19"/>
          <w:szCs w:val="19"/>
          <w:lang w:val="de-DE"/>
        </w:rPr>
        <w:t>Smluvní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vztahy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řídí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právem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České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republiky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pokud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kogentní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předpisy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nebo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příslušná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mezinárodní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úmluva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nestanoví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jinak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3CF83CF2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17.2. </w:t>
      </w:r>
      <w:proofErr w:type="spellStart"/>
      <w:r w:rsidRPr="00E2238F">
        <w:rPr>
          <w:sz w:val="19"/>
          <w:szCs w:val="19"/>
          <w:lang w:val="de-DE"/>
        </w:rPr>
        <w:t>Smluvní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strany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zavazují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usilovat</w:t>
      </w:r>
      <w:proofErr w:type="spellEnd"/>
      <w:r w:rsidRPr="00E2238F">
        <w:rPr>
          <w:sz w:val="19"/>
          <w:szCs w:val="19"/>
          <w:lang w:val="de-DE"/>
        </w:rPr>
        <w:t xml:space="preserve"> o </w:t>
      </w:r>
      <w:proofErr w:type="spellStart"/>
      <w:r w:rsidRPr="00E2238F">
        <w:rPr>
          <w:sz w:val="19"/>
          <w:szCs w:val="19"/>
          <w:lang w:val="de-DE"/>
        </w:rPr>
        <w:t>smírné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řešení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případných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sporů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1A46E6D5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17.3. </w:t>
      </w:r>
      <w:proofErr w:type="spellStart"/>
      <w:r w:rsidRPr="00E2238F">
        <w:rPr>
          <w:sz w:val="19"/>
          <w:szCs w:val="19"/>
          <w:lang w:val="de-DE"/>
        </w:rPr>
        <w:t>Pokud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nebude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dosaženo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dohody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bude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spor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předložen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věcně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místně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příslušnému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soudu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2D1247D5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17.4. V </w:t>
      </w:r>
      <w:proofErr w:type="spellStart"/>
      <w:r w:rsidRPr="00E2238F">
        <w:rPr>
          <w:sz w:val="19"/>
          <w:szCs w:val="19"/>
          <w:lang w:val="de-DE"/>
        </w:rPr>
        <w:t>případech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kdy</w:t>
      </w:r>
      <w:proofErr w:type="spellEnd"/>
      <w:r w:rsidRPr="00E2238F">
        <w:rPr>
          <w:sz w:val="19"/>
          <w:szCs w:val="19"/>
          <w:lang w:val="de-DE"/>
        </w:rPr>
        <w:t xml:space="preserve"> to </w:t>
      </w:r>
      <w:proofErr w:type="spellStart"/>
      <w:r w:rsidRPr="00E2238F">
        <w:rPr>
          <w:sz w:val="19"/>
          <w:szCs w:val="19"/>
          <w:lang w:val="de-DE"/>
        </w:rPr>
        <w:t>příslušné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předpisy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mezinárodní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úmluvy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připouštějí</w:t>
      </w:r>
      <w:proofErr w:type="spellEnd"/>
      <w:r w:rsidRPr="00E2238F">
        <w:rPr>
          <w:sz w:val="19"/>
          <w:szCs w:val="19"/>
          <w:lang w:val="de-DE"/>
        </w:rPr>
        <w:t xml:space="preserve">, se </w:t>
      </w:r>
      <w:proofErr w:type="spellStart"/>
      <w:r w:rsidRPr="00E2238F">
        <w:rPr>
          <w:sz w:val="19"/>
          <w:szCs w:val="19"/>
          <w:lang w:val="de-DE"/>
        </w:rPr>
        <w:t>smluvní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strany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dohodly</w:t>
      </w:r>
      <w:proofErr w:type="spellEnd"/>
      <w:r w:rsidRPr="00E2238F">
        <w:rPr>
          <w:sz w:val="19"/>
          <w:szCs w:val="19"/>
          <w:lang w:val="de-DE"/>
        </w:rPr>
        <w:t xml:space="preserve"> na </w:t>
      </w:r>
      <w:proofErr w:type="spellStart"/>
      <w:r w:rsidRPr="00E2238F">
        <w:rPr>
          <w:sz w:val="19"/>
          <w:szCs w:val="19"/>
          <w:lang w:val="de-DE"/>
        </w:rPr>
        <w:t>příslušnosti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soudů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České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republiky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315A70AD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17.5. Toto </w:t>
      </w:r>
      <w:proofErr w:type="spellStart"/>
      <w:r w:rsidRPr="00E2238F">
        <w:rPr>
          <w:sz w:val="19"/>
          <w:szCs w:val="19"/>
          <w:lang w:val="de-DE"/>
        </w:rPr>
        <w:t>ujednání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neomezuje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právo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podat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žalobu</w:t>
      </w:r>
      <w:proofErr w:type="spellEnd"/>
      <w:r w:rsidRPr="00E2238F">
        <w:rPr>
          <w:sz w:val="19"/>
          <w:szCs w:val="19"/>
          <w:lang w:val="de-DE"/>
        </w:rPr>
        <w:t xml:space="preserve"> u </w:t>
      </w:r>
      <w:proofErr w:type="spellStart"/>
      <w:r w:rsidRPr="00E2238F">
        <w:rPr>
          <w:sz w:val="19"/>
          <w:szCs w:val="19"/>
          <w:lang w:val="de-DE"/>
        </w:rPr>
        <w:t>jiného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soudu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jehož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příslušnost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nelze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platně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vyloučit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75A15C75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</w:p>
    <w:p w14:paraId="4A64FCE0" w14:textId="77777777" w:rsidR="009C545C" w:rsidRPr="00E2238F" w:rsidRDefault="009C545C" w:rsidP="009C545C">
      <w:pPr>
        <w:spacing w:before="120" w:after="0"/>
        <w:rPr>
          <w:sz w:val="19"/>
          <w:szCs w:val="19"/>
          <w:u w:val="single"/>
          <w:lang w:val="de-DE"/>
        </w:rPr>
      </w:pPr>
      <w:r w:rsidRPr="00E2238F">
        <w:rPr>
          <w:sz w:val="19"/>
          <w:szCs w:val="19"/>
          <w:u w:val="single"/>
          <w:lang w:val="de-DE"/>
        </w:rPr>
        <w:t>ČLÁNEK XVIII. ZÁVĚREČNÁ USTANOVENÍ</w:t>
      </w:r>
    </w:p>
    <w:p w14:paraId="1F45E755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18.1. </w:t>
      </w:r>
      <w:proofErr w:type="spellStart"/>
      <w:r w:rsidRPr="00E2238F">
        <w:rPr>
          <w:sz w:val="19"/>
          <w:szCs w:val="19"/>
          <w:lang w:val="de-DE"/>
        </w:rPr>
        <w:t>Tyto</w:t>
      </w:r>
      <w:proofErr w:type="spellEnd"/>
      <w:r w:rsidRPr="00E2238F">
        <w:rPr>
          <w:sz w:val="19"/>
          <w:szCs w:val="19"/>
          <w:lang w:val="de-DE"/>
        </w:rPr>
        <w:t xml:space="preserve"> VOP </w:t>
      </w:r>
      <w:proofErr w:type="spellStart"/>
      <w:r w:rsidRPr="00E2238F">
        <w:rPr>
          <w:sz w:val="19"/>
          <w:szCs w:val="19"/>
          <w:lang w:val="de-DE"/>
        </w:rPr>
        <w:t>jsou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účinné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ode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dne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uvedeného</w:t>
      </w:r>
      <w:proofErr w:type="spellEnd"/>
      <w:r w:rsidRPr="00E2238F">
        <w:rPr>
          <w:sz w:val="19"/>
          <w:szCs w:val="19"/>
          <w:lang w:val="de-DE"/>
        </w:rPr>
        <w:t xml:space="preserve"> v </w:t>
      </w:r>
      <w:proofErr w:type="spellStart"/>
      <w:r w:rsidRPr="00E2238F">
        <w:rPr>
          <w:sz w:val="19"/>
          <w:szCs w:val="19"/>
          <w:lang w:val="de-DE"/>
        </w:rPr>
        <w:t>jejich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schváleném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zveřejněném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znění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57C86611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18.2. Euro Nexus je </w:t>
      </w:r>
      <w:proofErr w:type="spellStart"/>
      <w:r w:rsidRPr="00E2238F">
        <w:rPr>
          <w:sz w:val="19"/>
          <w:szCs w:val="19"/>
          <w:lang w:val="de-DE"/>
        </w:rPr>
        <w:t>oprávněna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vydat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nové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znění</w:t>
      </w:r>
      <w:proofErr w:type="spellEnd"/>
      <w:r w:rsidRPr="00E2238F">
        <w:rPr>
          <w:sz w:val="19"/>
          <w:szCs w:val="19"/>
          <w:lang w:val="de-DE"/>
        </w:rPr>
        <w:t xml:space="preserve"> VOP. </w:t>
      </w:r>
      <w:proofErr w:type="spellStart"/>
      <w:r w:rsidRPr="00E2238F">
        <w:rPr>
          <w:sz w:val="19"/>
          <w:szCs w:val="19"/>
          <w:lang w:val="de-DE"/>
        </w:rPr>
        <w:t>Změna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nedotýká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již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uzavřených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smluv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pokud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smluvní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strany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platně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nedohodnou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jinak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3E00913D" w14:textId="77777777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18.3. </w:t>
      </w:r>
      <w:proofErr w:type="spellStart"/>
      <w:r w:rsidRPr="00E2238F">
        <w:rPr>
          <w:sz w:val="19"/>
          <w:szCs w:val="19"/>
          <w:lang w:val="de-DE"/>
        </w:rPr>
        <w:t>Pokud</w:t>
      </w:r>
      <w:proofErr w:type="spellEnd"/>
      <w:r w:rsidRPr="00E2238F">
        <w:rPr>
          <w:sz w:val="19"/>
          <w:szCs w:val="19"/>
          <w:lang w:val="de-DE"/>
        </w:rPr>
        <w:t xml:space="preserve"> se </w:t>
      </w:r>
      <w:proofErr w:type="spellStart"/>
      <w:r w:rsidRPr="00E2238F">
        <w:rPr>
          <w:sz w:val="19"/>
          <w:szCs w:val="19"/>
          <w:lang w:val="de-DE"/>
        </w:rPr>
        <w:t>některé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ustanovení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ukáže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jako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neplatné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nebo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neúčinné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nemá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tato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skutečnost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sama</w:t>
      </w:r>
      <w:proofErr w:type="spellEnd"/>
      <w:r w:rsidRPr="00E2238F">
        <w:rPr>
          <w:sz w:val="19"/>
          <w:szCs w:val="19"/>
          <w:lang w:val="de-DE"/>
        </w:rPr>
        <w:t xml:space="preserve"> o </w:t>
      </w:r>
      <w:proofErr w:type="spellStart"/>
      <w:r w:rsidRPr="00E2238F">
        <w:rPr>
          <w:sz w:val="19"/>
          <w:szCs w:val="19"/>
          <w:lang w:val="de-DE"/>
        </w:rPr>
        <w:t>sobě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vliv</w:t>
      </w:r>
      <w:proofErr w:type="spellEnd"/>
      <w:r w:rsidRPr="00E2238F">
        <w:rPr>
          <w:sz w:val="19"/>
          <w:szCs w:val="19"/>
          <w:lang w:val="de-DE"/>
        </w:rPr>
        <w:t xml:space="preserve"> na </w:t>
      </w:r>
      <w:proofErr w:type="spellStart"/>
      <w:r w:rsidRPr="00E2238F">
        <w:rPr>
          <w:sz w:val="19"/>
          <w:szCs w:val="19"/>
          <w:lang w:val="de-DE"/>
        </w:rPr>
        <w:t>ostatní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ustanovení</w:t>
      </w:r>
      <w:proofErr w:type="spellEnd"/>
      <w:r w:rsidRPr="00E2238F">
        <w:rPr>
          <w:sz w:val="19"/>
          <w:szCs w:val="19"/>
          <w:lang w:val="de-DE"/>
        </w:rPr>
        <w:t>.</w:t>
      </w:r>
    </w:p>
    <w:p w14:paraId="36D09CB0" w14:textId="35C5AADB" w:rsidR="009C545C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18.4. </w:t>
      </w:r>
      <w:proofErr w:type="spellStart"/>
      <w:r w:rsidRPr="00E2238F">
        <w:rPr>
          <w:sz w:val="19"/>
          <w:szCs w:val="19"/>
          <w:lang w:val="de-DE"/>
        </w:rPr>
        <w:t>Tyto</w:t>
      </w:r>
      <w:proofErr w:type="spellEnd"/>
      <w:r w:rsidRPr="00E2238F">
        <w:rPr>
          <w:sz w:val="19"/>
          <w:szCs w:val="19"/>
          <w:lang w:val="de-DE"/>
        </w:rPr>
        <w:t xml:space="preserve"> VOP </w:t>
      </w:r>
      <w:proofErr w:type="spellStart"/>
      <w:r w:rsidRPr="00E2238F">
        <w:rPr>
          <w:sz w:val="19"/>
          <w:szCs w:val="19"/>
          <w:lang w:val="de-DE"/>
        </w:rPr>
        <w:t>mohou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být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vyhotoveny</w:t>
      </w:r>
      <w:proofErr w:type="spellEnd"/>
      <w:r w:rsidRPr="00E2238F">
        <w:rPr>
          <w:sz w:val="19"/>
          <w:szCs w:val="19"/>
          <w:lang w:val="de-DE"/>
        </w:rPr>
        <w:t xml:space="preserve"> v </w:t>
      </w:r>
      <w:proofErr w:type="spellStart"/>
      <w:r w:rsidRPr="00E2238F">
        <w:rPr>
          <w:sz w:val="19"/>
          <w:szCs w:val="19"/>
          <w:lang w:val="de-DE"/>
        </w:rPr>
        <w:t>českém</w:t>
      </w:r>
      <w:proofErr w:type="spellEnd"/>
      <w:r w:rsidRPr="00E2238F">
        <w:rPr>
          <w:sz w:val="19"/>
          <w:szCs w:val="19"/>
          <w:lang w:val="de-DE"/>
        </w:rPr>
        <w:t xml:space="preserve">, </w:t>
      </w:r>
      <w:proofErr w:type="spellStart"/>
      <w:r w:rsidRPr="00E2238F">
        <w:rPr>
          <w:sz w:val="19"/>
          <w:szCs w:val="19"/>
          <w:lang w:val="de-DE"/>
        </w:rPr>
        <w:t>německém</w:t>
      </w:r>
      <w:proofErr w:type="spellEnd"/>
      <w:r w:rsidRPr="00E2238F">
        <w:rPr>
          <w:sz w:val="19"/>
          <w:szCs w:val="19"/>
          <w:lang w:val="de-DE"/>
        </w:rPr>
        <w:t xml:space="preserve"> a </w:t>
      </w:r>
      <w:proofErr w:type="spellStart"/>
      <w:r w:rsidRPr="00E2238F">
        <w:rPr>
          <w:sz w:val="19"/>
          <w:szCs w:val="19"/>
          <w:lang w:val="de-DE"/>
        </w:rPr>
        <w:t>anglickém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jazyce</w:t>
      </w:r>
      <w:proofErr w:type="spellEnd"/>
      <w:r w:rsidRPr="00E2238F">
        <w:rPr>
          <w:sz w:val="19"/>
          <w:szCs w:val="19"/>
          <w:lang w:val="de-DE"/>
        </w:rPr>
        <w:t xml:space="preserve">. V </w:t>
      </w:r>
      <w:proofErr w:type="spellStart"/>
      <w:r w:rsidRPr="00E2238F">
        <w:rPr>
          <w:sz w:val="19"/>
          <w:szCs w:val="19"/>
          <w:lang w:val="de-DE"/>
        </w:rPr>
        <w:t>případě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rozporu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mezi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jazykovými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verzemi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má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přednost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české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znění</w:t>
      </w:r>
      <w:proofErr w:type="spellEnd"/>
      <w:r w:rsidR="00E2238F" w:rsidRPr="00E2238F">
        <w:rPr>
          <w:sz w:val="19"/>
          <w:szCs w:val="19"/>
          <w:lang w:val="de-DE"/>
        </w:rPr>
        <w:t>.</w:t>
      </w:r>
    </w:p>
    <w:p w14:paraId="392CF68F" w14:textId="7E58CD33" w:rsidR="00DA3558" w:rsidRPr="00E2238F" w:rsidRDefault="009C545C" w:rsidP="009C545C">
      <w:pPr>
        <w:spacing w:before="120" w:after="0"/>
        <w:rPr>
          <w:sz w:val="19"/>
          <w:szCs w:val="19"/>
          <w:lang w:val="de-DE"/>
        </w:rPr>
      </w:pPr>
      <w:r w:rsidRPr="00E2238F">
        <w:rPr>
          <w:sz w:val="19"/>
          <w:szCs w:val="19"/>
          <w:lang w:val="de-DE"/>
        </w:rPr>
        <w:t xml:space="preserve">18.5. </w:t>
      </w:r>
      <w:proofErr w:type="spellStart"/>
      <w:r w:rsidRPr="00E2238F">
        <w:rPr>
          <w:sz w:val="19"/>
          <w:szCs w:val="19"/>
          <w:lang w:val="de-DE"/>
        </w:rPr>
        <w:t>Aktuální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znění</w:t>
      </w:r>
      <w:proofErr w:type="spellEnd"/>
      <w:r w:rsidRPr="00E2238F">
        <w:rPr>
          <w:sz w:val="19"/>
          <w:szCs w:val="19"/>
          <w:lang w:val="de-DE"/>
        </w:rPr>
        <w:t xml:space="preserve"> VOP </w:t>
      </w:r>
      <w:proofErr w:type="spellStart"/>
      <w:r w:rsidRPr="00E2238F">
        <w:rPr>
          <w:sz w:val="19"/>
          <w:szCs w:val="19"/>
          <w:lang w:val="de-DE"/>
        </w:rPr>
        <w:t>bude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zpřístupněno</w:t>
      </w:r>
      <w:proofErr w:type="spellEnd"/>
      <w:r w:rsidRPr="00E2238F">
        <w:rPr>
          <w:sz w:val="19"/>
          <w:szCs w:val="19"/>
          <w:lang w:val="de-DE"/>
        </w:rPr>
        <w:t xml:space="preserve"> na </w:t>
      </w:r>
      <w:proofErr w:type="spellStart"/>
      <w:r w:rsidRPr="00E2238F">
        <w:rPr>
          <w:sz w:val="19"/>
          <w:szCs w:val="19"/>
          <w:lang w:val="de-DE"/>
        </w:rPr>
        <w:t>webových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proofErr w:type="spellStart"/>
      <w:r w:rsidRPr="00E2238F">
        <w:rPr>
          <w:sz w:val="19"/>
          <w:szCs w:val="19"/>
          <w:lang w:val="de-DE"/>
        </w:rPr>
        <w:t>stránkách</w:t>
      </w:r>
      <w:proofErr w:type="spellEnd"/>
      <w:r w:rsidRPr="00E2238F">
        <w:rPr>
          <w:sz w:val="19"/>
          <w:szCs w:val="19"/>
          <w:lang w:val="de-DE"/>
        </w:rPr>
        <w:t xml:space="preserve"> </w:t>
      </w:r>
      <w:hyperlink r:id="rId8" w:history="1">
        <w:r w:rsidR="00B25CCB" w:rsidRPr="00E2238F">
          <w:rPr>
            <w:rStyle w:val="Hypertextovodkaz"/>
            <w:sz w:val="19"/>
            <w:szCs w:val="19"/>
            <w:lang w:val="de-DE"/>
          </w:rPr>
          <w:t>www.euro-nexus.com</w:t>
        </w:r>
      </w:hyperlink>
      <w:r w:rsidRPr="00E2238F">
        <w:rPr>
          <w:sz w:val="19"/>
          <w:szCs w:val="19"/>
          <w:lang w:val="de-DE"/>
        </w:rPr>
        <w:t>.</w:t>
      </w:r>
    </w:p>
    <w:p w14:paraId="483AFF75" w14:textId="77777777" w:rsidR="004960B4" w:rsidRPr="00E2238F" w:rsidRDefault="004960B4" w:rsidP="009C545C">
      <w:pPr>
        <w:spacing w:before="120" w:after="0"/>
        <w:rPr>
          <w:sz w:val="19"/>
          <w:szCs w:val="19"/>
          <w:lang w:val="de-DE"/>
        </w:rPr>
      </w:pPr>
    </w:p>
    <w:p w14:paraId="4C146777" w14:textId="2E4349A6" w:rsidR="00B25CCB" w:rsidRPr="00E2238F" w:rsidRDefault="00EE16FE" w:rsidP="00EE16FE">
      <w:pPr>
        <w:spacing w:before="120" w:after="0"/>
        <w:rPr>
          <w:sz w:val="19"/>
          <w:szCs w:val="19"/>
        </w:rPr>
      </w:pPr>
      <w:proofErr w:type="spellStart"/>
      <w:r w:rsidRPr="00E2238F">
        <w:rPr>
          <w:sz w:val="19"/>
          <w:szCs w:val="19"/>
        </w:rPr>
        <w:t>Schváleno</w:t>
      </w:r>
      <w:proofErr w:type="spellEnd"/>
      <w:r w:rsidRPr="00E2238F">
        <w:rPr>
          <w:sz w:val="19"/>
          <w:szCs w:val="19"/>
        </w:rPr>
        <w:t xml:space="preserve"> a </w:t>
      </w:r>
      <w:proofErr w:type="spellStart"/>
      <w:r w:rsidRPr="00E2238F">
        <w:rPr>
          <w:sz w:val="19"/>
          <w:szCs w:val="19"/>
        </w:rPr>
        <w:t>zvěřejněno</w:t>
      </w:r>
      <w:proofErr w:type="spellEnd"/>
      <w:r w:rsidRPr="00E2238F">
        <w:rPr>
          <w:sz w:val="19"/>
          <w:szCs w:val="19"/>
        </w:rPr>
        <w:t xml:space="preserve"> </w:t>
      </w:r>
      <w:proofErr w:type="spellStart"/>
      <w:r w:rsidRPr="00E2238F">
        <w:rPr>
          <w:sz w:val="19"/>
          <w:szCs w:val="19"/>
        </w:rPr>
        <w:t>dne</w:t>
      </w:r>
      <w:proofErr w:type="spellEnd"/>
      <w:r w:rsidRPr="00E2238F">
        <w:rPr>
          <w:sz w:val="19"/>
          <w:szCs w:val="19"/>
        </w:rPr>
        <w:t xml:space="preserve">: </w:t>
      </w:r>
      <w:r w:rsidRPr="00E2238F">
        <w:rPr>
          <w:sz w:val="19"/>
          <w:szCs w:val="19"/>
        </w:rPr>
        <w:tab/>
      </w:r>
      <w:r w:rsidR="00E2238F">
        <w:rPr>
          <w:sz w:val="19"/>
          <w:szCs w:val="19"/>
        </w:rPr>
        <w:t>04.10.2026</w:t>
      </w:r>
      <w:r w:rsidRPr="00E2238F">
        <w:rPr>
          <w:sz w:val="19"/>
          <w:szCs w:val="19"/>
        </w:rPr>
        <w:tab/>
      </w:r>
      <w:r w:rsidRPr="00E2238F">
        <w:rPr>
          <w:sz w:val="19"/>
          <w:szCs w:val="19"/>
        </w:rPr>
        <w:tab/>
      </w:r>
      <w:r w:rsidRPr="00E2238F">
        <w:rPr>
          <w:sz w:val="19"/>
          <w:szCs w:val="19"/>
        </w:rPr>
        <w:tab/>
      </w:r>
      <w:r w:rsidRPr="00E2238F">
        <w:rPr>
          <w:sz w:val="19"/>
          <w:szCs w:val="19"/>
        </w:rPr>
        <w:tab/>
      </w:r>
      <w:r w:rsidRPr="00E2238F">
        <w:rPr>
          <w:sz w:val="19"/>
          <w:szCs w:val="19"/>
        </w:rPr>
        <w:tab/>
      </w:r>
      <w:r w:rsidR="00B25CCB" w:rsidRPr="00E2238F">
        <w:rPr>
          <w:rFonts w:hint="eastAsia"/>
          <w:noProof/>
          <w:sz w:val="19"/>
          <w:szCs w:val="19"/>
        </w:rPr>
        <w:drawing>
          <wp:inline distT="0" distB="0" distL="0" distR="0" wp14:anchorId="75ACEC67" wp14:editId="7C24AA3A">
            <wp:extent cx="1657350" cy="618524"/>
            <wp:effectExtent l="0" t="0" r="0" b="0"/>
            <wp:docPr id="20595394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539417" name="Obrázek 20595394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0923" cy="62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5CCB" w:rsidRPr="00E2238F" w:rsidSect="00034616">
      <w:headerReference w:type="default" r:id="rId10"/>
      <w:footerReference w:type="default" r:id="rId11"/>
      <w:pgSz w:w="11906" w:h="16838"/>
      <w:pgMar w:top="2381" w:right="1020" w:bottom="1757" w:left="1020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006F2" w14:textId="77777777" w:rsidR="008A0767" w:rsidRDefault="008A0767">
      <w:pPr>
        <w:spacing w:after="0" w:line="240" w:lineRule="auto"/>
      </w:pPr>
      <w:r>
        <w:separator/>
      </w:r>
    </w:p>
  </w:endnote>
  <w:endnote w:type="continuationSeparator" w:id="0">
    <w:p w14:paraId="7D47B65F" w14:textId="77777777" w:rsidR="008A0767" w:rsidRDefault="008A0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69B12" w14:textId="77777777" w:rsidR="00DA3558" w:rsidRDefault="00DA3558">
    <w:pPr>
      <w:pStyle w:val="Zpat"/>
      <w:spacing w:after="60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32"/>
      <w:gridCol w:w="4932"/>
    </w:tblGrid>
    <w:tr w:rsidR="00DA3558" w14:paraId="1DEC9C48" w14:textId="77777777">
      <w:trPr>
        <w:jc w:val="center"/>
      </w:trPr>
      <w:tc>
        <w:tcPr>
          <w:tcW w:w="4932" w:type="dxa"/>
          <w:tcMar>
            <w:top w:w="15" w:type="dxa"/>
            <w:left w:w="40" w:type="dxa"/>
            <w:bottom w:w="15" w:type="dxa"/>
            <w:right w:w="60" w:type="dxa"/>
          </w:tcMar>
        </w:tcPr>
        <w:p w14:paraId="1B07CE31" w14:textId="77777777" w:rsidR="00DA3558" w:rsidRDefault="00000000">
          <w:pPr>
            <w:spacing w:after="0"/>
          </w:pPr>
          <w:r>
            <w:rPr>
              <w:b/>
              <w:color w:val="113056"/>
              <w:sz w:val="15"/>
            </w:rPr>
            <w:t>KANCELÁŘ</w:t>
          </w:r>
        </w:p>
      </w:tc>
      <w:tc>
        <w:tcPr>
          <w:tcW w:w="4932" w:type="dxa"/>
          <w:tcMar>
            <w:top w:w="15" w:type="dxa"/>
            <w:left w:w="40" w:type="dxa"/>
            <w:bottom w:w="15" w:type="dxa"/>
            <w:right w:w="60" w:type="dxa"/>
          </w:tcMar>
        </w:tcPr>
        <w:p w14:paraId="157E00AD" w14:textId="77777777" w:rsidR="00DA3558" w:rsidRDefault="00000000">
          <w:pPr>
            <w:spacing w:after="0"/>
          </w:pPr>
          <w:r>
            <w:rPr>
              <w:b/>
              <w:color w:val="C41F2D"/>
              <w:sz w:val="15"/>
            </w:rPr>
            <w:t>SPEDICE</w:t>
          </w:r>
        </w:p>
      </w:tc>
    </w:tr>
    <w:tr w:rsidR="00DA3558" w14:paraId="1F5D4A46" w14:textId="77777777">
      <w:trPr>
        <w:jc w:val="center"/>
      </w:trPr>
      <w:tc>
        <w:tcPr>
          <w:tcW w:w="4932" w:type="dxa"/>
          <w:tcMar>
            <w:top w:w="15" w:type="dxa"/>
            <w:left w:w="40" w:type="dxa"/>
            <w:bottom w:w="15" w:type="dxa"/>
            <w:right w:w="60" w:type="dxa"/>
          </w:tcMar>
        </w:tcPr>
        <w:p w14:paraId="193428CF" w14:textId="77777777" w:rsidR="00DA3558" w:rsidRDefault="00000000">
          <w:pPr>
            <w:spacing w:after="0"/>
          </w:pPr>
          <w:r>
            <w:rPr>
              <w:color w:val="113056"/>
              <w:sz w:val="14"/>
            </w:rPr>
            <w:t>+420 734 560 000         office@euro-nexus.com         www.euro-nexus.com</w:t>
          </w:r>
        </w:p>
      </w:tc>
      <w:tc>
        <w:tcPr>
          <w:tcW w:w="4932" w:type="dxa"/>
          <w:tcMar>
            <w:top w:w="15" w:type="dxa"/>
            <w:left w:w="40" w:type="dxa"/>
            <w:bottom w:w="15" w:type="dxa"/>
            <w:right w:w="60" w:type="dxa"/>
          </w:tcMar>
        </w:tcPr>
        <w:p w14:paraId="010E5EF3" w14:textId="77777777" w:rsidR="00DA3558" w:rsidRDefault="00000000">
          <w:pPr>
            <w:spacing w:after="0"/>
          </w:pPr>
          <w:r>
            <w:rPr>
              <w:color w:val="AA141E"/>
              <w:sz w:val="14"/>
            </w:rPr>
            <w:t>+420 736 262 205         info@euro-nexus.com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2A8B1" w14:textId="77777777" w:rsidR="008A0767" w:rsidRDefault="008A0767">
      <w:pPr>
        <w:spacing w:after="0" w:line="240" w:lineRule="auto"/>
      </w:pPr>
      <w:r>
        <w:separator/>
      </w:r>
    </w:p>
  </w:footnote>
  <w:footnote w:type="continuationSeparator" w:id="0">
    <w:p w14:paraId="756A5C08" w14:textId="77777777" w:rsidR="008A0767" w:rsidRDefault="008A0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E4804" w14:textId="77777777" w:rsidR="00DA3558" w:rsidRDefault="00000000">
    <w:pPr>
      <w:pStyle w:val="Zhlav"/>
      <w:spacing w:after="60"/>
    </w:pPr>
    <w:r>
      <w:rPr>
        <w:noProof/>
      </w:rPr>
      <w:drawing>
        <wp:inline distT="0" distB="0" distL="0" distR="0" wp14:anchorId="54A9D41F" wp14:editId="123B85A7">
          <wp:extent cx="2592000" cy="48114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ro_nexus_logo_cropp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2000" cy="481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685"/>
      <w:gridCol w:w="2721"/>
      <w:gridCol w:w="3458"/>
      <w:gridCol w:w="80"/>
    </w:tblGrid>
    <w:tr w:rsidR="00DA3558" w14:paraId="197AD994" w14:textId="77777777">
      <w:trPr>
        <w:gridAfter w:val="1"/>
        <w:wAfter w:w="80" w:type="dxa"/>
        <w:jc w:val="center"/>
      </w:trPr>
      <w:tc>
        <w:tcPr>
          <w:tcW w:w="3685" w:type="dxa"/>
          <w:tcMar>
            <w:top w:w="30" w:type="dxa"/>
            <w:left w:w="80" w:type="dxa"/>
            <w:bottom w:w="30" w:type="dxa"/>
            <w:right w:w="80" w:type="dxa"/>
          </w:tcMar>
          <w:vAlign w:val="center"/>
        </w:tcPr>
        <w:p w14:paraId="5DAD88A2" w14:textId="77777777" w:rsidR="00DA3558" w:rsidRDefault="00000000">
          <w:pPr>
            <w:spacing w:after="0"/>
          </w:pPr>
          <w:r>
            <w:rPr>
              <w:b/>
              <w:color w:val="113056"/>
              <w:sz w:val="16"/>
            </w:rPr>
            <w:t xml:space="preserve">Euro Nexus </w:t>
          </w:r>
          <w:proofErr w:type="spellStart"/>
          <w:r>
            <w:rPr>
              <w:b/>
              <w:color w:val="113056"/>
              <w:sz w:val="16"/>
            </w:rPr>
            <w:t>s.r.o.</w:t>
          </w:r>
          <w:proofErr w:type="spellEnd"/>
          <w:r>
            <w:rPr>
              <w:b/>
              <w:color w:val="113056"/>
              <w:sz w:val="16"/>
            </w:rPr>
            <w:br/>
          </w:r>
          <w:proofErr w:type="spellStart"/>
          <w:r>
            <w:rPr>
              <w:color w:val="113056"/>
              <w:sz w:val="16"/>
            </w:rPr>
            <w:t>Latrán</w:t>
          </w:r>
          <w:proofErr w:type="spellEnd"/>
          <w:r>
            <w:rPr>
              <w:color w:val="113056"/>
              <w:sz w:val="16"/>
            </w:rPr>
            <w:t xml:space="preserve"> 680, 382 32 </w:t>
          </w:r>
          <w:proofErr w:type="spellStart"/>
          <w:r>
            <w:rPr>
              <w:color w:val="113056"/>
              <w:sz w:val="16"/>
            </w:rPr>
            <w:t>Velešín</w:t>
          </w:r>
          <w:proofErr w:type="spellEnd"/>
          <w:r>
            <w:rPr>
              <w:color w:val="113056"/>
              <w:sz w:val="16"/>
            </w:rPr>
            <w:br/>
          </w:r>
          <w:proofErr w:type="spellStart"/>
          <w:r>
            <w:rPr>
              <w:color w:val="113056"/>
              <w:sz w:val="16"/>
            </w:rPr>
            <w:t>Česká</w:t>
          </w:r>
          <w:proofErr w:type="spellEnd"/>
          <w:r>
            <w:rPr>
              <w:color w:val="113056"/>
              <w:sz w:val="16"/>
            </w:rPr>
            <w:t xml:space="preserve"> </w:t>
          </w:r>
          <w:proofErr w:type="spellStart"/>
          <w:r>
            <w:rPr>
              <w:color w:val="113056"/>
              <w:sz w:val="16"/>
            </w:rPr>
            <w:t>republika</w:t>
          </w:r>
          <w:proofErr w:type="spellEnd"/>
        </w:p>
      </w:tc>
      <w:tc>
        <w:tcPr>
          <w:tcW w:w="2721" w:type="dxa"/>
          <w:tcMar>
            <w:top w:w="30" w:type="dxa"/>
            <w:left w:w="80" w:type="dxa"/>
            <w:bottom w:w="30" w:type="dxa"/>
            <w:right w:w="80" w:type="dxa"/>
          </w:tcMar>
          <w:vAlign w:val="center"/>
        </w:tcPr>
        <w:p w14:paraId="655F9E1E" w14:textId="77777777" w:rsidR="00DA3558" w:rsidRDefault="00000000">
          <w:pPr>
            <w:spacing w:after="0"/>
          </w:pPr>
          <w:r>
            <w:rPr>
              <w:color w:val="113056"/>
              <w:sz w:val="16"/>
            </w:rPr>
            <w:t>IČO: 24941921</w:t>
          </w:r>
          <w:r>
            <w:rPr>
              <w:color w:val="113056"/>
              <w:sz w:val="16"/>
            </w:rPr>
            <w:br/>
            <w:t>DIČ: CZ24941921</w:t>
          </w:r>
        </w:p>
      </w:tc>
      <w:tc>
        <w:tcPr>
          <w:tcW w:w="3458" w:type="dxa"/>
          <w:tcMar>
            <w:top w:w="30" w:type="dxa"/>
            <w:left w:w="80" w:type="dxa"/>
            <w:bottom w:w="30" w:type="dxa"/>
            <w:right w:w="80" w:type="dxa"/>
          </w:tcMar>
          <w:vAlign w:val="center"/>
        </w:tcPr>
        <w:p w14:paraId="2041DAFD" w14:textId="77777777" w:rsidR="00DA3558" w:rsidRDefault="00000000">
          <w:pPr>
            <w:spacing w:after="0"/>
          </w:pPr>
          <w:proofErr w:type="spellStart"/>
          <w:r>
            <w:rPr>
              <w:color w:val="113056"/>
              <w:sz w:val="16"/>
            </w:rPr>
            <w:t>Datová</w:t>
          </w:r>
          <w:proofErr w:type="spellEnd"/>
          <w:r>
            <w:rPr>
              <w:color w:val="113056"/>
              <w:sz w:val="16"/>
            </w:rPr>
            <w:t xml:space="preserve"> </w:t>
          </w:r>
          <w:proofErr w:type="spellStart"/>
          <w:r>
            <w:rPr>
              <w:color w:val="113056"/>
              <w:sz w:val="16"/>
            </w:rPr>
            <w:t>schránka</w:t>
          </w:r>
          <w:proofErr w:type="spellEnd"/>
          <w:r>
            <w:rPr>
              <w:color w:val="113056"/>
              <w:sz w:val="16"/>
            </w:rPr>
            <w:t>:</w:t>
          </w:r>
          <w:r>
            <w:rPr>
              <w:color w:val="113056"/>
              <w:sz w:val="16"/>
            </w:rPr>
            <w:br/>
            <w:t>295dnjk</w:t>
          </w:r>
        </w:p>
      </w:tc>
    </w:tr>
    <w:tr w:rsidR="00DA3558" w14:paraId="425ADDB5" w14:textId="77777777">
      <w:trPr>
        <w:jc w:val="center"/>
      </w:trPr>
      <w:tc>
        <w:tcPr>
          <w:tcW w:w="3685" w:type="dxa"/>
          <w:shd w:val="clear" w:color="auto" w:fill="D71920"/>
          <w:tcMar>
            <w:top w:w="0" w:type="dxa"/>
            <w:left w:w="0" w:type="dxa"/>
            <w:bottom w:w="0" w:type="dxa"/>
            <w:right w:w="0" w:type="dxa"/>
          </w:tcMar>
        </w:tcPr>
        <w:p w14:paraId="18F9C90D" w14:textId="77777777" w:rsidR="00DA3558" w:rsidRDefault="00000000">
          <w:pPr>
            <w:spacing w:after="0"/>
          </w:pPr>
          <w:r>
            <w:rPr>
              <w:sz w:val="2"/>
            </w:rPr>
            <w:t xml:space="preserve"> </w:t>
          </w:r>
        </w:p>
      </w:tc>
      <w:tc>
        <w:tcPr>
          <w:tcW w:w="2721" w:type="dxa"/>
          <w:shd w:val="clear" w:color="auto" w:fill="6D5B78"/>
          <w:tcMar>
            <w:top w:w="0" w:type="dxa"/>
            <w:left w:w="0" w:type="dxa"/>
            <w:bottom w:w="0" w:type="dxa"/>
            <w:right w:w="0" w:type="dxa"/>
          </w:tcMar>
        </w:tcPr>
        <w:p w14:paraId="41A2B9BC" w14:textId="77777777" w:rsidR="00DA3558" w:rsidRDefault="00000000">
          <w:pPr>
            <w:spacing w:after="0"/>
          </w:pPr>
          <w:r>
            <w:rPr>
              <w:sz w:val="2"/>
            </w:rPr>
            <w:t xml:space="preserve"> </w:t>
          </w:r>
        </w:p>
      </w:tc>
      <w:tc>
        <w:tcPr>
          <w:tcW w:w="3458" w:type="dxa"/>
          <w:gridSpan w:val="2"/>
          <w:shd w:val="clear" w:color="auto" w:fill="0057B8"/>
          <w:tcMar>
            <w:top w:w="0" w:type="dxa"/>
            <w:left w:w="0" w:type="dxa"/>
            <w:bottom w:w="0" w:type="dxa"/>
            <w:right w:w="0" w:type="dxa"/>
          </w:tcMar>
        </w:tcPr>
        <w:p w14:paraId="1ABC3C1D" w14:textId="77777777" w:rsidR="00DA3558" w:rsidRDefault="00000000">
          <w:pPr>
            <w:spacing w:after="0"/>
          </w:pPr>
          <w:r>
            <w:rPr>
              <w:sz w:val="2"/>
            </w:rPr>
            <w:t xml:space="preserve"> </w:t>
          </w:r>
        </w:p>
      </w:tc>
    </w:tr>
  </w:tbl>
  <w:p w14:paraId="32F832EF" w14:textId="77777777" w:rsidR="00DA3558" w:rsidRDefault="00000000">
    <w:pPr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108309B9" wp14:editId="0E18BE93">
          <wp:simplePos x="0" y="0"/>
          <wp:positionH relativeFrom="page">
            <wp:align>center</wp:align>
          </wp:positionH>
          <wp:positionV relativeFrom="page">
            <wp:posOffset>4140000</wp:posOffset>
          </wp:positionV>
          <wp:extent cx="3780000" cy="2488101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_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80000" cy="24881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030267">
    <w:abstractNumId w:val="8"/>
  </w:num>
  <w:num w:numId="2" w16cid:durableId="553661460">
    <w:abstractNumId w:val="6"/>
  </w:num>
  <w:num w:numId="3" w16cid:durableId="976883133">
    <w:abstractNumId w:val="5"/>
  </w:num>
  <w:num w:numId="4" w16cid:durableId="1923293243">
    <w:abstractNumId w:val="4"/>
  </w:num>
  <w:num w:numId="5" w16cid:durableId="1417167193">
    <w:abstractNumId w:val="7"/>
  </w:num>
  <w:num w:numId="6" w16cid:durableId="1916744442">
    <w:abstractNumId w:val="3"/>
  </w:num>
  <w:num w:numId="7" w16cid:durableId="1806851368">
    <w:abstractNumId w:val="2"/>
  </w:num>
  <w:num w:numId="8" w16cid:durableId="1545099898">
    <w:abstractNumId w:val="1"/>
  </w:num>
  <w:num w:numId="9" w16cid:durableId="31695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6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5B0"/>
    <w:rsid w:val="00115DDC"/>
    <w:rsid w:val="0015074B"/>
    <w:rsid w:val="00263613"/>
    <w:rsid w:val="0029639D"/>
    <w:rsid w:val="002E0C90"/>
    <w:rsid w:val="00326F90"/>
    <w:rsid w:val="004960B4"/>
    <w:rsid w:val="008A0767"/>
    <w:rsid w:val="009C545C"/>
    <w:rsid w:val="00A54CE9"/>
    <w:rsid w:val="00AA1D8D"/>
    <w:rsid w:val="00B25CCB"/>
    <w:rsid w:val="00B47730"/>
    <w:rsid w:val="00B516EA"/>
    <w:rsid w:val="00BA6A66"/>
    <w:rsid w:val="00BE1920"/>
    <w:rsid w:val="00CB0664"/>
    <w:rsid w:val="00DA3558"/>
    <w:rsid w:val="00E2238F"/>
    <w:rsid w:val="00EE16FE"/>
    <w:rsid w:val="00F541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6B7B08"/>
  <w14:defaultImageDpi w14:val="300"/>
  <w15:docId w15:val="{6096C221-4D1F-4737-A179-ECC0ED8F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color w:val="192B48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B25CC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25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-nexu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2768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 Nexus s.r.o. - hlavičkový papír</dc:title>
  <dc:subject>Editovatelná firemní šablona</dc:subject>
  <dc:creator>python-docx</dc:creator>
  <cp:keywords/>
  <dc:description>generated by python-docx</dc:description>
  <cp:lastModifiedBy>J I R K A .</cp:lastModifiedBy>
  <cp:revision>2</cp:revision>
  <cp:lastPrinted>2026-10-02T10:18:00Z</cp:lastPrinted>
  <dcterms:created xsi:type="dcterms:W3CDTF">2026-10-04T20:16:00Z</dcterms:created>
  <dcterms:modified xsi:type="dcterms:W3CDTF">2026-10-04T20:16:00Z</dcterms:modified>
  <cp:category/>
</cp:coreProperties>
</file>